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8C5AC" w14:textId="70A01D3A" w:rsidR="00880538" w:rsidRPr="00B41FD8" w:rsidRDefault="00880538" w:rsidP="00880538">
      <w:pPr>
        <w:rPr>
          <w:rFonts w:asciiTheme="minorHAnsi" w:hAnsiTheme="minorHAnsi"/>
          <w:b/>
          <w:sz w:val="26"/>
        </w:rPr>
      </w:pPr>
      <w:r w:rsidRPr="00B41FD8">
        <w:rPr>
          <w:rFonts w:asciiTheme="minorHAnsi" w:hAnsiTheme="minorHAnsi"/>
          <w:b/>
          <w:sz w:val="26"/>
        </w:rPr>
        <w:t xml:space="preserve">Shine </w:t>
      </w:r>
      <w:r w:rsidR="00B41FD8" w:rsidRPr="00B41FD8">
        <w:rPr>
          <w:rFonts w:asciiTheme="minorHAnsi" w:hAnsiTheme="minorHAnsi"/>
          <w:b/>
          <w:sz w:val="26"/>
        </w:rPr>
        <w:t>On! Secon</w:t>
      </w:r>
      <w:r w:rsidR="00B41FD8">
        <w:rPr>
          <w:rFonts w:asciiTheme="minorHAnsi" w:hAnsiTheme="minorHAnsi"/>
          <w:b/>
          <w:sz w:val="26"/>
        </w:rPr>
        <w:t>d Edition Klasa I</w:t>
      </w:r>
    </w:p>
    <w:p w14:paraId="76F354F4" w14:textId="125F9F23" w:rsidR="005B57DA" w:rsidRPr="00B41FD8" w:rsidRDefault="00312B2D">
      <w:pPr>
        <w:jc w:val="center"/>
        <w:rPr>
          <w:rFonts w:asciiTheme="minorHAnsi" w:hAnsiTheme="minorHAnsi"/>
        </w:rPr>
      </w:pPr>
      <w:r w:rsidRPr="00B41FD8">
        <w:rPr>
          <w:rFonts w:asciiTheme="minorHAnsi" w:hAnsiTheme="minorHAnsi"/>
          <w:b/>
          <w:sz w:val="26"/>
        </w:rPr>
        <w:t>Kryteria oceny</w:t>
      </w:r>
    </w:p>
    <w:p w14:paraId="700F09C0" w14:textId="77777777" w:rsidR="005B57DA" w:rsidRPr="00880538" w:rsidRDefault="00312B2D">
      <w:pPr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UWAGA: </w:t>
      </w:r>
      <w:r w:rsidRPr="00880538">
        <w:rPr>
          <w:rFonts w:asciiTheme="minorHAnsi" w:hAnsiTheme="minorHAnsi"/>
          <w:lang w:val="pl-PL"/>
        </w:rPr>
        <w:t>Ocenę niedostateczną otrzymuje uczeń, który nie osiągnął wymagań minimalnych określonych dla oceny dopuszczającej.</w:t>
      </w:r>
    </w:p>
    <w:p w14:paraId="0BF6075C" w14:textId="77777777" w:rsidR="005B57DA" w:rsidRPr="00880538" w:rsidRDefault="00312B2D">
      <w:pPr>
        <w:pStyle w:val="Nagwek1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Hello!</w:t>
      </w:r>
    </w:p>
    <w:p w14:paraId="78850A98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Mówienie i reagowanie</w:t>
      </w:r>
    </w:p>
    <w:p w14:paraId="22F44F93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w sposób zrozumiały i bardzo płynny odpowiada na pytania nauczyciela dotyczące bieżącego materiału, wita się i żegna, a także śpiewa piosenki samodzielnie i recytuje krótką rymowankę, zachowując prawidłową wymowę i rytm.</w:t>
      </w:r>
    </w:p>
    <w:p w14:paraId="119D72AD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w sposób zrozumiały odpowiada na pytania nauczyciela dotyczące bieżącego materiału wita się i żegna, a także śpiewa piosenki samodzielnie lub z nagraniem i recytuje krótką rymowankę, zachowując prawidłową wymowę i rytm.</w:t>
      </w:r>
    </w:p>
    <w:p w14:paraId="60451A22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w sposób w miarę zrozumiały odpowiada na pytania nauczyciela dotyczące bieżącego materiału, wita się i żegna, a także śpiewa piosenki samodzielnie lub z nagraniem i recytuje krótką rymowankę, zachowując w miarę prawidłową wymowę.</w:t>
      </w:r>
    </w:p>
    <w:p w14:paraId="56086889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odpowiada na pytania nauczyciela dotyczące bieżącego materiału, wita się i żegna, popełniając błędy językowe, stara się śpiewać piosenki z nagraniem i recytować rymowankę.</w:t>
      </w:r>
    </w:p>
    <w:p w14:paraId="1B9F35F9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usiłuje odpowiadać na niektóre na pytania nauczyciela dotyczące bieżącego materiału, wita się i żegna, próbuje śpiewać piosenki i recytować rymowankę, popełniając bardzo dużo błędów.</w:t>
      </w:r>
    </w:p>
    <w:p w14:paraId="45E66201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Słuchanie</w:t>
      </w:r>
    </w:p>
    <w:p w14:paraId="324AA452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z łatwością rozumie proste oraz bardziej złożone polecenia nauczyciela i właściwie na nie reaguje, wskazuje właściwe obrazki podczas słuchania nagrań, wykonuje odpowiednie gesty towarzyszące piosenkom z rozdziału, rozumie i odgrywa słuchaną historyjkę obrazkową za pomocą gestów, nie popełniając błędów.</w:t>
      </w:r>
    </w:p>
    <w:p w14:paraId="748E9D1A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rozumie proste oraz bardziej złożone polecenia nauczyciela i właściwie na nie reaguje, wskazuje właściwe obrazki podczas słuchania nagrań, wykonuje odpowiednie gesty towarzyszące piosenkom z rozdziału, rozumie i odgrywa słuchaną historyjkę obrazkową za pomocą gestów, nie popełniając większych błędów.</w:t>
      </w:r>
    </w:p>
    <w:p w14:paraId="1E2DDAF2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rozumie proste polecenia nauczyciela i właściwie na nie reaguje, wskazuje odpowiednie obrazki podczas słuchanych nagrań, wykonuje w większości właściwe gesty towarzyszące piosenkom z rozdziału, w większości rozumie i odgrywa słuchaną historyjkę obrazkową za pomocą gestów, popełniając niewielkie błędy.</w:t>
      </w:r>
    </w:p>
    <w:p w14:paraId="603529FD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rozumie proste polecenia nauczyciela i próbuje na nie reagować, wskazuje niektóre obrazki podczas słuchanych nagrań, wykonuje niektóre gesty towarzyszące piosenkom z rozdziału, częściowo rozumie słuchaną historyjkę obrazkową.</w:t>
      </w:r>
    </w:p>
    <w:p w14:paraId="7298B1F6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 xml:space="preserve">Uczeń rozumie niektóre proste polecenia nauczyciela i rzadko na nie reaguje, w większości błędnie wskazuje obrazki podczas słuchanych nagrań, sporadycznie wykonuje niektóre gesty </w:t>
      </w:r>
      <w:r w:rsidRPr="00880538">
        <w:rPr>
          <w:rFonts w:asciiTheme="minorHAnsi" w:hAnsiTheme="minorHAnsi"/>
          <w:lang w:val="pl-PL"/>
        </w:rPr>
        <w:lastRenderedPageBreak/>
        <w:t>towarzyszące piosenkom z rozdziału, popełniając bardzo dużo błędów, nie rozumie większości nagrań i historyjki obrazkowej.</w:t>
      </w:r>
    </w:p>
    <w:p w14:paraId="66F02F83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Uzyskiwanie informacji</w:t>
      </w:r>
    </w:p>
    <w:p w14:paraId="275BAC41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w sposób bardzo płynny pyta o imię oraz odpowiada na takie pytania.</w:t>
      </w:r>
    </w:p>
    <w:p w14:paraId="02EBF02A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w sposób płynny pyta o imię oraz odpowiada na takie pytania.</w:t>
      </w:r>
    </w:p>
    <w:p w14:paraId="306937BA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pyta o imię oraz odpowiada na takie pytania, popełniając drobne błędy językowe, niewpływające na zrozumienie wypowiedzi.</w:t>
      </w:r>
    </w:p>
    <w:p w14:paraId="4F8BA474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pyta o imię oraz odpowiada na takie pytania, popełniając błędy językowe, które w niewielkim stopniu wpływają na właściwe zrozumienie wypowiedzi.</w:t>
      </w:r>
    </w:p>
    <w:p w14:paraId="3B30C45E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z trudem pyta o imię oraz odpowiada na takie pytania, popełniając błędy językowe, które w znacznym stopniu wpływają na właściwe zrozumienie wypowiedzi.</w:t>
      </w:r>
    </w:p>
    <w:p w14:paraId="58EA15E6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Gramatyka i słownictwo</w:t>
      </w:r>
    </w:p>
    <w:p w14:paraId="27570AE6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bezbłędnie stosuje poznane słownictwo i struktury z rozdziału Hello, w tym pytania o imię oraz odpowiedzi na nie.</w:t>
      </w:r>
    </w:p>
    <w:p w14:paraId="5149D413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poprawnie lub niemal poprawnie stosuje poznane słownictwo i struktury z rozdziału Hello, w tym pytania o imię oraz odpowiedzi na nie.</w:t>
      </w:r>
    </w:p>
    <w:p w14:paraId="1859B16D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stosuje poznane słownictwo i struktury z rozdziału Hello, w tym pytania o imię oraz odpowiedzi na nie, popełniając nieliczne błędy.</w:t>
      </w:r>
    </w:p>
    <w:p w14:paraId="43F851E1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stosuje poznane słownictwo i struktury z rozdziału Hello, w tym pytania o imię oraz odpowiedzi na nie, popełniając liczne błędy.</w:t>
      </w:r>
    </w:p>
    <w:p w14:paraId="2869EFD1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stosuje poznane słownictwo i struktury z rozdziału Hello, w tym pytania o imię oraz odpowiedzi na nie, popełniając bardzo liczne błędy.</w:t>
      </w:r>
    </w:p>
    <w:p w14:paraId="0321FEEB" w14:textId="77777777" w:rsidR="005B57DA" w:rsidRPr="00880538" w:rsidRDefault="00312B2D">
      <w:pPr>
        <w:pStyle w:val="Nagwek1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UNIT 1</w:t>
      </w:r>
    </w:p>
    <w:p w14:paraId="4A3D369E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Mówienie i reagowanie</w:t>
      </w:r>
    </w:p>
    <w:p w14:paraId="29651C8D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w w sposób zrozumiały i bardzo płynny odpowiada na pytania nauczyciela dotyczące bieżącego materiału, nazywa przybory szkolne, a także śpiewa piosenki samodzielnie lub z nagraniem i recytuje rymowanki, zachowując prawidłową wymowę i rytm.</w:t>
      </w:r>
    </w:p>
    <w:p w14:paraId="27050CD7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w sposób zrozumiały odpowiada na pytania nauczyciela dotyczące bieżącego materiału, nazywa przybory szkolne, a także śpiewa piosenki samodzielnie lub z nagraniem i recytuje rymowanki, zachowując prawidłową wymowę i rytm.</w:t>
      </w:r>
    </w:p>
    <w:p w14:paraId="07CA4FC1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w sposób w miarę zrozumiały odpowiada na pytania nauczyciela dotyczące bieżącego materiału, nazywa przybory szkolne, a także śpiewa piosenki z nagraniem i recytuje rymowanki, zachowując w miarę prawidłową wymowę.</w:t>
      </w:r>
    </w:p>
    <w:p w14:paraId="776242B3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odpowiada na pytania nauczyciela dotyczące bieżącego materiału i nazywa przybory szkolne, popełniając dość dużo błędów, stara się śpiewać piosenki z nagraniem i recytować rymowanki.</w:t>
      </w:r>
    </w:p>
    <w:p w14:paraId="0FA5D7F3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usiłuje odpowiadać na niektóre pytania nauczyciela dotyczące bieżącego materiału oraz nazywać przybory szkolne, próbuje śpiewać piosenki i recytować rymowanki, popełniając bardzo dużo błędów.</w:t>
      </w:r>
    </w:p>
    <w:p w14:paraId="685A2FC2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lastRenderedPageBreak/>
        <w:t>Słuchanie</w:t>
      </w:r>
    </w:p>
    <w:p w14:paraId="66E7254D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z łatwością rozumie proste oraz bardziej złożone polecenia nauczyciela i właściwie na nie reaguje, wskazuje właściwe elementy obrazków podczas słuchania nagrań, wykonuje odpowiednie gesty towarzyszące piosenkom z rozdziału 1, rozumie i odgrywa słuchaną historyjkę obrazkową za pomocą gestów, nie popełniając błędów.</w:t>
      </w:r>
    </w:p>
    <w:p w14:paraId="4C8EF687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rozumie proste oraz bardziej złożone polecenia nauczyciela i właściwie na nie reaguje, wskazuje właściwe elementy obrazków podczas słuchania nagrań, wykonuje odpowiednie gesty towarzyszące piosenkom z rozdziału 1, rozumie i odgrywa słuchaną historyjkę obrazkową za pomocą gestów, nie popełniając większych błędów.</w:t>
      </w:r>
    </w:p>
    <w:p w14:paraId="2394870A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rozumie proste polecenia nauczyciela i właściwie na nie reaguje, wskazuje odpowiednie elementy obrazków podczas słuchanych nagrań, wykonuje w większości właściwe gesty towarzyszące piosenkom z rozdziału 1, w większości rozumie i odgrywa słuchaną historyjkę obrazkową za pomocą gestów, popełniając niewielkie błędy.</w:t>
      </w:r>
    </w:p>
    <w:p w14:paraId="140D56FD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rozumie proste polecenia nauczyciela i próbuje na nie reagować, wskazuje część elementów obrazków podczas słuchanych nagrań, wykonuje niektóre gesty towarzyszące piosenkom z rozdziału 1, częściowo rozumie słuchaną historyjkę obrazkową.</w:t>
      </w:r>
    </w:p>
    <w:p w14:paraId="5ECEDEE8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rozumie niektóre proste polecenia nauczyciela i rzadko na nie reaguje, w większości błędnie wskazuje elementy obrazków podczas słuchanych nagrań, sporadycznie wykonuje niektóre gesty towarzyszące piosenkom z rozdziału 1, popełniając bardzo dużo błędów, nie rozumie większości nagrań i historyjki obrazkowej.</w:t>
      </w:r>
    </w:p>
    <w:p w14:paraId="414A508F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Uzyskiwanie informacji</w:t>
      </w:r>
    </w:p>
    <w:p w14:paraId="5B015577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w sposób bardzo płynny pyta o przybory szkolne oraz odpowiada na takie pytania.</w:t>
      </w:r>
    </w:p>
    <w:p w14:paraId="5D389610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w sposób płynny pyta o przybory szkolne oraz odpowiada na takie pytania.</w:t>
      </w:r>
    </w:p>
    <w:p w14:paraId="5EE1C9DD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pyta o przybory szkolne oraz odpowiada na takie pytania, popełniając drobne błędy językowe, niewpływające na zrozumienie wypowiedzi.</w:t>
      </w:r>
    </w:p>
    <w:p w14:paraId="170A0C43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pyta o przybory szkolne oraz odpowiada na takie pytania, popełniając błędy językowe, które w niewielkim stopniu wpływają na właściwe zrozumienie wypowiedzi.</w:t>
      </w:r>
    </w:p>
    <w:p w14:paraId="77852C2C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z trudem pyta o przybory szkolne oraz odpowiada na takie pytania, popełniając błędy językowe, które w znacznym stopniu wpływają na właściwe zrozumienie wypowiedzi.</w:t>
      </w:r>
    </w:p>
    <w:p w14:paraId="4AFC78EA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Gramatyka i słownictwo</w:t>
      </w:r>
    </w:p>
    <w:p w14:paraId="52B77642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bezbłędnie stosuje poznane słownictwo i struktury z rozdziału 1, w tym nazwy przyborów szkolnych oraz What is it? It’s a…</w:t>
      </w:r>
    </w:p>
    <w:p w14:paraId="6340A63B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poprawnie lub niemal poprawnie stosuje poznane słownictwo i struktury z rozdziału 1, w tym nazwy przyborów szkolnych oraz What is it? It’s a…</w:t>
      </w:r>
    </w:p>
    <w:p w14:paraId="4236009F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stosuje poznane słownictwo i struktury z rozdziału 1, w tym nazwy przyborów szkolnych oraz What is it? It’s a…</w:t>
      </w:r>
    </w:p>
    <w:p w14:paraId="2CC2AFC6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stosuje poznane słownictwo i struktury z rozdziału 1, w tym nazwy przyborów szkolnych oraz What is it? It’s a…, popełniając liczne błędy.</w:t>
      </w:r>
    </w:p>
    <w:p w14:paraId="43DE1ADE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stara się stosować poznane słownictwo i struktury z rozdziału 1, w tym nazwy przyborów szkolnych oraz What is it? It’s a…, popełniając bardzo liczne błędy.</w:t>
      </w:r>
    </w:p>
    <w:p w14:paraId="3AB98B9E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lastRenderedPageBreak/>
        <w:t>Czytanie i pisanie</w:t>
      </w:r>
    </w:p>
    <w:p w14:paraId="7B2E057C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z łatwością czyta wyrazy z rozdziału 1 oraz pisze po śladzie nazwy przyborów szkolnych, nie popełniając błędów, zachowując dużą staranność.</w:t>
      </w:r>
    </w:p>
    <w:p w14:paraId="2F956520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bez większych problemów czyta wyrazy z rozdziału 1 oraz pisze po śladzie nazwy przyborów szkolnych, nie popełniając większych błędów, zachowując odpowiednią staranność.</w:t>
      </w:r>
    </w:p>
    <w:p w14:paraId="115558DD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czyta wyrazy z rozdziału 1 oraz pisze po śladzie nazwy przyborów szkolnych, popełniając drobne błędy i zachowując staranność w miarę swoich możliwości.</w:t>
      </w:r>
    </w:p>
    <w:p w14:paraId="123EE0C4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czyta niektóre wyrazy z rozdziału 1 oraz stara się pisać po śladzie nazwy przyborów szkolnych, popełniając liczne błędy, nie zachowując właściwej staranności.</w:t>
      </w:r>
    </w:p>
    <w:p w14:paraId="114187D0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czyta pojedyncze wyrazy z rozdziału 1 oraz nie stara się pisać po śladzie nazwy przyborów szkolnych lub robi to niechlujnie.</w:t>
      </w:r>
    </w:p>
    <w:p w14:paraId="1A03EA6A" w14:textId="77777777" w:rsidR="005B57DA" w:rsidRPr="00880538" w:rsidRDefault="00312B2D">
      <w:pPr>
        <w:pStyle w:val="Nagwek1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UNIT 2</w:t>
      </w:r>
    </w:p>
    <w:p w14:paraId="2344B2A9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Mówienie i reagowanie</w:t>
      </w:r>
    </w:p>
    <w:p w14:paraId="1D86C22E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w sposób zrozumiały i bardzo płynny odpowiada na pytania nauczyciela dotyczące bieżącego materiału, nazywa owoce i kolory, a także śpiewa piosenki samodzielnie recytuje rymowanki, zachowując prawidłową wymowę i rytm.</w:t>
      </w:r>
    </w:p>
    <w:p w14:paraId="55D42ECF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w sposób zrozumiały odpowiada na pytania nauczyciela dotyczące bieżącego materiału, nazywa owoce i kolory, a także śpiewa piosenki samodzielnie lub z nagraniem i recytuje rymowanki, zachowując prawidłową wymowę i rytm.</w:t>
      </w:r>
    </w:p>
    <w:p w14:paraId="48149BB5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w sposób w miarę zrozumiały odpowiada na pytania nauczyciela dotyczące bieżącego materiału, nazywa owoce i kolory, a także śpiewa piosenki z nagraniem i recytuje rymowanki, zachowując w miarę prawidłową wymowę i rytm.</w:t>
      </w:r>
    </w:p>
    <w:p w14:paraId="59A646CB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odpowiada na pytania nauczyciela dotyczące bieżącego materiału, nazywa owoce i kolory, popełniając dość dużo błędów, stara się śpiewać piosenki z nagraniem i recytować rymowanki.</w:t>
      </w:r>
    </w:p>
    <w:p w14:paraId="5AF6C3FE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usiłuje odpowiadać na niektóre pytania nauczyciela dotyczące bieżącego materiału i nazywać owoce i kolory, próbuje śpiewać piosenki i recytować rymowanki, popełniając bardzo dużo błędów.</w:t>
      </w:r>
    </w:p>
    <w:p w14:paraId="47C9D6D7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Słuchanie</w:t>
      </w:r>
    </w:p>
    <w:p w14:paraId="2543E1B4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z łatwością rozumie proste oraz bardziej złożone polecenia nauczyciela i właściwie na nie reaguje, wskazuje właściwe elementy obrazków podczas słuchania nagrań, wykonuje odpowiednie gesty towarzyszące piosenkom z rozdziału 2, rozumie i odgrywa słuchaną historyjkę obrazkową za pomocą gestów, nie popełniając błędów.</w:t>
      </w:r>
    </w:p>
    <w:p w14:paraId="383689F0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rozumie proste oraz bardziej złożone polecenia nauczyciela i właściwie na nie reaguje, wskazuje właściwe elementy obrazków podczas słuchania nagrań, wykonuje odpowiednie gesty towarzyszące piosenkom z rozdziału 2, rozumie i odgrywa słuchaną historyjkę obrazkową za pomocą gestów, nie popełniając większych błędów.</w:t>
      </w:r>
    </w:p>
    <w:p w14:paraId="1F5683F9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rozumie proste polecenia nauczyciela i właściwie na nie reaguje, wskazuje odpowiednie elementy obrazków podczas słuchanych nagrań, wykonuje w większości właściwe gesty towarzyszące piosenkom z rozdziału 2, w większości rozumie i odgrywa słuchaną historyjkę obrazkową za pomocą gestów, popełniając niewielkie błędy.</w:t>
      </w:r>
    </w:p>
    <w:p w14:paraId="55119B62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lastRenderedPageBreak/>
        <w:t xml:space="preserve">DOSTATECZNA: </w:t>
      </w:r>
      <w:r w:rsidRPr="00880538">
        <w:rPr>
          <w:rFonts w:asciiTheme="minorHAnsi" w:hAnsiTheme="minorHAnsi"/>
          <w:lang w:val="pl-PL"/>
        </w:rPr>
        <w:t>Uczeń rozumie proste polecenia nauczyciela i próbuje na nie reagować, wskazuje część elementów obrazków podczas słuchanych nagrań, wykonuje niektóre gesty towarzyszące piosenkom z rozdziału 2, częściowo rozumie słuchaną historyjkę obrazkową.</w:t>
      </w:r>
    </w:p>
    <w:p w14:paraId="1F82D3B9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rozumie niektóre proste polecenia nauczyciela i rzadko na nie reaguje, w większości błędnie wskazuje elementy obrazków podczas słuchanych nagrań, sporadycznie wykonuje niektóre gesty towarzyszące piosenkom z rozdziału 2, popełniając bardzo dużo błędów, nie rozumie większości nagrań i historyjki obrazkowej.</w:t>
      </w:r>
    </w:p>
    <w:p w14:paraId="790120DE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Uzyskiwanie informacji</w:t>
      </w:r>
    </w:p>
    <w:p w14:paraId="3B56DB7C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w sposób bardzo płynny udziela, pyta i prosi o informacje związane z kolorami.</w:t>
      </w:r>
    </w:p>
    <w:p w14:paraId="0E2F0130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w sposób płynny udziela, pyta i prosi o informacje związane z kolorami.</w:t>
      </w:r>
    </w:p>
    <w:p w14:paraId="3C4D3972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udziela, pyta i prosi o informacje związane z kolorami, popełniając drobne błędy językowe, niewpływające na zrozumienie wypowiedzi.</w:t>
      </w:r>
    </w:p>
    <w:p w14:paraId="79A1AE4A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udziela, pyta i prosi o informacje związane z kolorami, popełniając błędy językowe, które w niewielkim stopniu wpływają na właściwe zrozumienie wypowiedzi.</w:t>
      </w:r>
    </w:p>
    <w:p w14:paraId="4AA851F5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z trudem udziela, pyta i prosi o informacje związane z kolorami, popełniając błędy językowe, które w znacznym stopniu wpływają na właściwe zrozumienie wypowiedzi.</w:t>
      </w:r>
    </w:p>
    <w:p w14:paraId="365CEE42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Gramatyka i słownictwo</w:t>
      </w:r>
    </w:p>
    <w:p w14:paraId="262D340B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bezbłędnie stosuje poznane słownictwo i struktury z rozdziału 2, w tym nazwy owoców i kolorów, a także What colour is it? It’s ...; What is it? It’s a …</w:t>
      </w:r>
    </w:p>
    <w:p w14:paraId="2F324A36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lub niemal poprawnie stosuje poznane słownictwo i struktury z rozdziału 2, w tym nazwy owoców i kolorów, a także What colour is it? It’s ...; What is it? It’s a …</w:t>
      </w:r>
    </w:p>
    <w:p w14:paraId="3755C6A5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stosuje poznane słownictwo i struktury z rozdziału 2, w tym nazwy owoców i kolorów, a także What colour is it? It’s ...; What is it? It’s a …, popełniając nieliczne błędy.</w:t>
      </w:r>
    </w:p>
    <w:p w14:paraId="70B2774A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stosuje poznane słownictwo z rozdziału 2, w tym nazwy owoców i kolorów, a także What colour is it? It’s ...; What is it? It’s a …, popełniając liczne błędy.</w:t>
      </w:r>
    </w:p>
    <w:p w14:paraId="09973970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stosuje poznane słownictwo z rozdziału 2, w tym nazwy owoców i kolorów, a także What colour is it? It’s ...; What is it? It’s a …, popełniając bardzo liczne błędy.</w:t>
      </w:r>
    </w:p>
    <w:p w14:paraId="0983325E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Czytanie i pisanie</w:t>
      </w:r>
    </w:p>
    <w:p w14:paraId="092FE7DD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z łatwością czyta wyrazy z rozdziału 2 oraz pisze po śladzie nazwy owoców i kolorów, nie popełniając błędów, zachowując dużą staranność.</w:t>
      </w:r>
    </w:p>
    <w:p w14:paraId="0DDEC71B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bez większych problemów czyta wyrazy z rozdziału 2 oraz pisze po śladzie nazwy owoców i kolorów, nie popełniając większych błędów, zachowując odpowiednią staranność.</w:t>
      </w:r>
    </w:p>
    <w:p w14:paraId="368904AA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czyta wyrazy z rozdziału 2 oraz pisze po śladzie nazwy owoców i kolorów, popełniając drobne błędy i zachowując staranność w miarę swoich możliwości.</w:t>
      </w:r>
    </w:p>
    <w:p w14:paraId="4184CDE4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czyta niektóre wyrazy z rozdziału 2 oraz stara się pisać po śladzie nazwy owoców i kolorów, popełniając liczne błędy, nie zachowując właściwej staranności.</w:t>
      </w:r>
    </w:p>
    <w:p w14:paraId="1EDB7F65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czyta pojedyncze wyrazy z rozdziału 2 oraz nie stara się pisać po śladzie nazwy owoców i kolorów lub robi to niechlujnie.</w:t>
      </w:r>
    </w:p>
    <w:p w14:paraId="65B2F7D1" w14:textId="77777777" w:rsidR="005B57DA" w:rsidRPr="00880538" w:rsidRDefault="00312B2D">
      <w:pPr>
        <w:pStyle w:val="Nagwek1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lastRenderedPageBreak/>
        <w:t>UNIT 3</w:t>
      </w:r>
    </w:p>
    <w:p w14:paraId="1DD9FAA0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Mówienie i reagowanie</w:t>
      </w:r>
    </w:p>
    <w:p w14:paraId="4E707C9A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w sposób zrozumiały i bardzo płynny odpowiada na pytania nauczyciela dotyczące bieżącego materiału, podaje nazwy różnych zabawek, kolorów oraz materiałów, śpiewa piosenki samodzielnie i recytuje rymowanki, nie popełniając błędów.</w:t>
      </w:r>
    </w:p>
    <w:p w14:paraId="4C690DCA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w sposób zrozumiały odpowiada na pytania nauczyciela dotyczące bieżącego materiału, podaje nazwy różnych zabawek, kolorów oraz materiałów, śpiewa piosenki samodzielnie lub z nagraniem i recytuje rymowanki, nie popełniając większych błędów</w:t>
      </w:r>
    </w:p>
    <w:p w14:paraId="7542E329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w sposób w miarę zrozumiały odpowiada na pytania nauczyciela dotyczące bieżącego materiału, podaje nazwy różnych zabawek, kolorów oraz materiałów, śpiewa piosenki z nagraniem i recytuje rymowanki, popełniając niewielkie błędy językowe, niewpływające na zrozumienie wypowiedzi.</w:t>
      </w:r>
    </w:p>
    <w:p w14:paraId="22118180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odpowiada na pytania nauczyciela dotyczące bieżącego materiału, podaje nazwy różnych zabawek, kolorów oraz materiałów, stara się śpiewać piosenki z nagraniem i recytować rymowanki, popełniając błędy językowe, które wpływają na właściwe zrozumienie wypowiedzi.</w:t>
      </w:r>
    </w:p>
    <w:p w14:paraId="14A1CAAB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usiłuje odpowiadać na niektóre pytania nauczyciela dotyczące bieżącego materiału, podaje nazwy różnych zabawek, kolorów oraz materiałów, próbuje śpiewać piosenki i recytować rymowanki, popełniając bardzo dużo błędów.</w:t>
      </w:r>
    </w:p>
    <w:p w14:paraId="1DE8BA52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Słuchanie</w:t>
      </w:r>
    </w:p>
    <w:p w14:paraId="0440981C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z łatwością rozumie proste oraz bardziej złożone polecenia nauczyciela i właściwie na nie reaguje, wskazuje właściwe elementy obrazków podczas słuchania nagrań, rozumie i odgrywa słuchaną historyjkę obrazkową oraz wykonuje zadania sprawdzające rozumienie słuchanych tekstów, nie popełniając błędów.</w:t>
      </w:r>
    </w:p>
    <w:p w14:paraId="3D18261D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rozumie proste oraz bardziej złożone polecenia nauczyciela i właściwie na nie reaguje, wskazuje właściwe elementy obrazków podczas słuchania nagrań, rozumie i odgrywa słuchaną historyjkę obrazkową oraz wykonuje zadania sprawdzające rozumienie słuchanych tekstów, nie popełniając większych błędów.</w:t>
      </w:r>
    </w:p>
    <w:p w14:paraId="627B0C5C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rozumie proste polecenia nauczyciela i właściwie na nie reaguje, wskazuje odpowiednie elementy obrazków podczas słuchanych nagrań, w większości rozumie i odgrywa słuchaną historyjkę obrazkową oraz wykonuje zadania sprawdzające rozumienie słuchanych tekstów, popełniając niewielkie błędy.</w:t>
      </w:r>
    </w:p>
    <w:p w14:paraId="25961FDB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rozumie proste polecenia nauczyciela i próbuje na nie reagować, wskazuje część elementów obrazków podczas słuchanych nagrań, częściowo rozumie słuchaną historyjkę obrazkową oraz wykonuje niektóre zadania sprawdzające rozumienie słuchanych tekstów.</w:t>
      </w:r>
    </w:p>
    <w:p w14:paraId="0B50E6C2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rozumie niektóre proste polecenia nauczyciela i rzadko na nie reaguje, w większości błędnie wskazuje elementy obrazków podczas słuchanych nagrań, nie rozumie większości nagrań i historyjki obrazkowej oraz próbuje wykonywać część zadań sprawdzających rozumienie słuchanych tekstów.</w:t>
      </w:r>
    </w:p>
    <w:p w14:paraId="39B15DEB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Uzyskiwanie informacji</w:t>
      </w:r>
    </w:p>
    <w:p w14:paraId="646CD81C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w sposób bardzo płynny udziela, pyta i prosi o informacje związane z zabawkami i ich kolorami.</w:t>
      </w:r>
    </w:p>
    <w:p w14:paraId="3EAB9EE9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lastRenderedPageBreak/>
        <w:t xml:space="preserve">BARDZO DOBRA: </w:t>
      </w:r>
      <w:r w:rsidRPr="00880538">
        <w:rPr>
          <w:rFonts w:asciiTheme="minorHAnsi" w:hAnsiTheme="minorHAnsi"/>
          <w:lang w:val="pl-PL"/>
        </w:rPr>
        <w:t>Uczeń w sposób płynny udziela, pyta i prosi o informacje związane z zabawkami i ich kolorami.</w:t>
      </w:r>
    </w:p>
    <w:p w14:paraId="58FC2A55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udziela, pyta i prosi o informacje związane z zabawkami i ich kolorami, popełniając drobne błędy językowe, niewpływające na zrozumienie wypowiedzi.</w:t>
      </w:r>
    </w:p>
    <w:p w14:paraId="5CF0E8FA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udziela, pyta i prosi o informacje związane z zabawkami i ich kolorami, popełniając błędy językowe, które w niewielkim stopniu wpływają na właściwe zrozumienie wypowiedzi.</w:t>
      </w:r>
    </w:p>
    <w:p w14:paraId="2126A074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z trudem udziela, pyta i prosi o informacje związane z zabawkami i ich kolorami, popełniając błędy językowe, które w znacznym stopniu wpływają na właściwe zrozumienie wypowiedzi.</w:t>
      </w:r>
    </w:p>
    <w:p w14:paraId="61E64F9D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Gramatyka i słownictwo</w:t>
      </w:r>
    </w:p>
    <w:p w14:paraId="5B893331" w14:textId="77777777" w:rsidR="005B57DA" w:rsidRPr="00880538" w:rsidRDefault="00312B2D">
      <w:pPr>
        <w:spacing w:after="120"/>
        <w:rPr>
          <w:rFonts w:asciiTheme="minorHAnsi" w:hAnsiTheme="minorHAnsi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 xml:space="preserve">Uczeń bezbłędnie stosuje poznane słownictwo i struktury z rozdziału 3, w tym nazwy zabawek, kolorów i materiałów oraz What colour is it? </w:t>
      </w:r>
      <w:r w:rsidRPr="00880538">
        <w:rPr>
          <w:rFonts w:asciiTheme="minorHAnsi" w:hAnsiTheme="minorHAnsi"/>
        </w:rPr>
        <w:t>It’s … What is it? It’s a … It is made of..</w:t>
      </w:r>
    </w:p>
    <w:p w14:paraId="397DD3FD" w14:textId="77777777" w:rsidR="005B57DA" w:rsidRPr="00880538" w:rsidRDefault="00312B2D">
      <w:pPr>
        <w:spacing w:after="120"/>
        <w:rPr>
          <w:rFonts w:asciiTheme="minorHAnsi" w:hAnsiTheme="minorHAnsi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 xml:space="preserve">Uczeń lub niemal poprawnie stosuje poznane słownictwo i struktury z rozdziału 3, w tym nazwy zabawek, kolorów i materiałów oraz What colour is it? </w:t>
      </w:r>
      <w:r w:rsidRPr="00880538">
        <w:rPr>
          <w:rFonts w:asciiTheme="minorHAnsi" w:hAnsiTheme="minorHAnsi"/>
        </w:rPr>
        <w:t>It’s … What is it? It’s a … It is made of..</w:t>
      </w:r>
    </w:p>
    <w:p w14:paraId="2B3A6E0C" w14:textId="77777777" w:rsidR="005B57DA" w:rsidRPr="00880538" w:rsidRDefault="00312B2D">
      <w:pPr>
        <w:spacing w:after="120"/>
        <w:rPr>
          <w:rFonts w:asciiTheme="minorHAnsi" w:hAnsiTheme="minorHAnsi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 xml:space="preserve">Uczeń stosuje poznane słownictwo i struktury z rozdziału 3, w tym nazwy zabawek, kolorów i materiałów oraz What colour is it? </w:t>
      </w:r>
      <w:r w:rsidRPr="00880538">
        <w:rPr>
          <w:rFonts w:asciiTheme="minorHAnsi" w:hAnsiTheme="minorHAnsi"/>
        </w:rPr>
        <w:t>It’s … What is it? It’s a … It is made of.., popełniając nieliczne błędy.</w:t>
      </w:r>
    </w:p>
    <w:p w14:paraId="7B9C93BA" w14:textId="77777777" w:rsidR="005B57DA" w:rsidRPr="00880538" w:rsidRDefault="00312B2D">
      <w:pPr>
        <w:spacing w:after="120"/>
        <w:rPr>
          <w:rFonts w:asciiTheme="minorHAnsi" w:hAnsiTheme="minorHAnsi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 xml:space="preserve">Uczeń stosuje poznane słownictwo z rozdziału 3, w tym nazwy zabawek, kolorów i materiałów oraz What colour is it? </w:t>
      </w:r>
      <w:r w:rsidRPr="00880538">
        <w:rPr>
          <w:rFonts w:asciiTheme="minorHAnsi" w:hAnsiTheme="minorHAnsi"/>
        </w:rPr>
        <w:t>It’s … What is it? It’s a … It is made of.., popełniając liczne błędy.</w:t>
      </w:r>
    </w:p>
    <w:p w14:paraId="40DC50D0" w14:textId="77777777" w:rsidR="005B57DA" w:rsidRPr="00880538" w:rsidRDefault="00312B2D">
      <w:pPr>
        <w:spacing w:after="120"/>
        <w:rPr>
          <w:rFonts w:asciiTheme="minorHAnsi" w:hAnsiTheme="minorHAnsi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 xml:space="preserve">Uczeń stosuje poznane słownictwo z rozdziału 3, w tym nazwy zabawek, kolorów i materiałów oraz What colour is it? </w:t>
      </w:r>
      <w:r w:rsidRPr="00880538">
        <w:rPr>
          <w:rFonts w:asciiTheme="minorHAnsi" w:hAnsiTheme="minorHAnsi"/>
        </w:rPr>
        <w:t>It’s … What is it? It’s a … It is made of.., popełniając bardzo liczne błędy.</w:t>
      </w:r>
    </w:p>
    <w:p w14:paraId="5F151A58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Czytanie i pisanie</w:t>
      </w:r>
    </w:p>
    <w:p w14:paraId="47A0998E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z łatwością czyta wyrazy z rozdziału 3 oraz pisze po śladzie nazwy zabawek i kolorów, nie popełniając błędów, zachowując dużą staranność.</w:t>
      </w:r>
    </w:p>
    <w:p w14:paraId="772FB287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bez większych problemów czyta wyrazy z rozdziału 3 oraz pisze po śladzie nazwy zabawek i kolorów, nie popełniając większych błędów, zachowując odpowiednią staranność.</w:t>
      </w:r>
    </w:p>
    <w:p w14:paraId="7BE0CBFE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czyta wyrazy z rozdziału 3 oraz zapisuje nazwy pisze po śladzie nazwy zabawek i kolorów, popełniając drobne błędy i zachowując staranność w miarę swoich możliwości.</w:t>
      </w:r>
    </w:p>
    <w:p w14:paraId="79FEBF4A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czyta niektóre wyrazy z rozdziału 3 oraz stara się pisać po śladzie nazwy zabawek i kolorów, popełniając liczne błędy, nie zachowując właściwej staranności.</w:t>
      </w:r>
    </w:p>
    <w:p w14:paraId="3CFD6901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czyta pojedyncze wyrazy z rozdziału 3 oraz nie stara się pisać po śladzie nazwy zabawek i kolorów lub robi to niechlujnie.</w:t>
      </w:r>
    </w:p>
    <w:p w14:paraId="60B20D39" w14:textId="77777777" w:rsidR="005B57DA" w:rsidRPr="00880538" w:rsidRDefault="00312B2D">
      <w:pPr>
        <w:pStyle w:val="Nagwek1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UNIT 4</w:t>
      </w:r>
    </w:p>
    <w:p w14:paraId="29B236F3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Mówienie i reagowanie</w:t>
      </w:r>
    </w:p>
    <w:p w14:paraId="34F2C9B1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w sposób zrozumiały i bardzo płynny odpowiada na pytania nauczyciela dotyczące bieżącego materiału, podaje i pyta o nazwy zabawek związanych z plażą, śpiewa piosenki samodzielnie i recytuje rymowanki, nie popełniając błędów.</w:t>
      </w:r>
    </w:p>
    <w:p w14:paraId="613054BB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w sposób zrozumiały odpowiada na pytania nauczyciela dotyczące bieżącego materiału, podaje i pyta o nazwy zabawek związanych z plażą, śpiewa piosenki samodzielnie lub z nagraniem i recytuje rymowanki, nie popełniając większych błędów.</w:t>
      </w:r>
    </w:p>
    <w:p w14:paraId="162F6413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lastRenderedPageBreak/>
        <w:t xml:space="preserve">DOBRA: </w:t>
      </w:r>
      <w:r w:rsidRPr="00880538">
        <w:rPr>
          <w:rFonts w:asciiTheme="minorHAnsi" w:hAnsiTheme="minorHAnsi"/>
          <w:lang w:val="pl-PL"/>
        </w:rPr>
        <w:t>Uczeń w sposób w miarę zrozumiały odpowiada na pytania nauczyciela dotyczące bieżącego materiału, podaje i pyta o nazwy zabawek związanych z plażą, śpiewa piosenki z nagraniem i recytuje rymowanki, popełniając niewielkie błędy językowe, niewpływające na zrozumienie wypowiedzi.</w:t>
      </w:r>
    </w:p>
    <w:p w14:paraId="331EF416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odpowiada na pytania nauczyciela dotyczące bieżącego materiału, podaje i pyta o nazwy zabawek związanych z plażą, stara się śpiewać piosenki z nagraniem i recytować rymowanki, popełniając błędy językowe, które wpływają na właściwe zrozumienie wypowiedzi.</w:t>
      </w:r>
    </w:p>
    <w:p w14:paraId="4586B8E6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usiłuje odpowiadać na niektóre pytania nauczyciela dotyczące bieżącego materiału, podaje i pyta o nazwy zabawek związanych z plażą, próbuje śpiewać piosenki i recytować rymowanki, popełniając bardzo dużo błędów.</w:t>
      </w:r>
    </w:p>
    <w:p w14:paraId="5C701F47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Słuchanie</w:t>
      </w:r>
    </w:p>
    <w:p w14:paraId="546CCAD2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z łatwością rozumie proste oraz bardziej złożone polecenia nauczyciela i właściwie na nie reaguje, wskazuje właściwe elementy obrazków podczas słuchania nagrań, wykonuje odpowiednie gesty towarzyszące piosenkom z rozdziału 4, rozumie i odgrywa słuchaną historyjkę obrazkową za pomocą gestów, nie popełniając błędów.</w:t>
      </w:r>
    </w:p>
    <w:p w14:paraId="6CADC6EF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rozumie proste oraz bardziej złożone polecenia nauczyciela i właściwie na nie reaguje, wskazuje właściwe elementy obrazków podczas słuchania nagrań, wykonuje odpowiednie gesty towarzyszące piosenkom z rozdziału 4, rozumie i odgrywa słuchaną historyjkę obrazkową za pomocą gestów, nie popełniając większych błędów.</w:t>
      </w:r>
    </w:p>
    <w:p w14:paraId="61B5A733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rozumie proste polecenia nauczyciela i właściwie na nie reaguje, wskazuje odpowiednie elementy obrazków podczas słuchanych nagrań, wykonuje w większości właściwe gesty towarzyszące piosenkom z rozdziału 4, w większości rozumie i odgrywa słuchaną historyjkę obrazkową za pomocą gestów, popełniając niewielkie błędy.</w:t>
      </w:r>
    </w:p>
    <w:p w14:paraId="10DC2A6B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rozumie proste polecenia nauczyciela i próbuje na nie reagować, wskazuje część elementów obrazków podczas słuchanych nagrań, wykonuje niektóre gesty towarzyszące piosenkom z rozdziału 4, częściowo rozumie słuchaną historyjkę obrazkową.</w:t>
      </w:r>
    </w:p>
    <w:p w14:paraId="69540B02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rozumie niektóre proste polecenia nauczyciela i rzadko na nie reaguje, w większości błędnie wskazuje elementy obrazków podczas słuchanych nagrań, sporadycznie wykonuje niektóre gesty towarzyszące piosenkom z rozdziału 4, popełniając bardzo dużo błędów, nie rozumie większości nagrań i historyjki obrazkowej.</w:t>
      </w:r>
    </w:p>
    <w:p w14:paraId="58373826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Uzyskiwanie informacji</w:t>
      </w:r>
    </w:p>
    <w:p w14:paraId="5971DD46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w sposób bardzo płynny udziela, pyta i prosi o informacje związane z liczbą przedmiotów.</w:t>
      </w:r>
    </w:p>
    <w:p w14:paraId="0042AD9C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w sposób płynny udziela, pyta i prosi o informacje związane z liczbą przedmiotów.</w:t>
      </w:r>
    </w:p>
    <w:p w14:paraId="190AF1B9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udziela, pyta i prosi o informacje związane z liczbą przedmiotów, popełniając drobne błędy językowe, niewpływające na zrozumienie wypowiedzi.</w:t>
      </w:r>
    </w:p>
    <w:p w14:paraId="53E7F497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udziela, pyta i prosi o informacje związane z liczbą przedmiotów, popełniając błędy językowe, które w niewielkim stopniu wpływają na właściwe zrozumienie wypowiedzi.</w:t>
      </w:r>
    </w:p>
    <w:p w14:paraId="049F1769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z trudem udziela, pyta i prosi o informacje związane z liczbą przedmiotów, popełniając błędy językowe, które w znacznym stopniu wpływają na właściwe zrozumienie wypowiedzi.</w:t>
      </w:r>
    </w:p>
    <w:p w14:paraId="6651D8EE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Gramatyka i słownictwo</w:t>
      </w:r>
    </w:p>
    <w:p w14:paraId="6CFC0EBB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bezbłędnie stosuje poznane słownictwo i struktury z rozdziału 4, w tym nazwy przedmiotów związanych z plażą, liczby 1-10 oraz How many…?, …plus … equals ..,</w:t>
      </w:r>
    </w:p>
    <w:p w14:paraId="1CCE07D5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lastRenderedPageBreak/>
        <w:t xml:space="preserve">BARDZO DOBRA: </w:t>
      </w:r>
      <w:r w:rsidRPr="00880538">
        <w:rPr>
          <w:rFonts w:asciiTheme="minorHAnsi" w:hAnsiTheme="minorHAnsi"/>
          <w:lang w:val="pl-PL"/>
        </w:rPr>
        <w:t>Uczeń lub niemal poprawnie stosuje poznane słownictwo i struktury z rozdziału 4, w tym nazwy przedmiotów związanych z plażą, liczby 1-10 oraz How many…?, …plus … equals ..,</w:t>
      </w:r>
    </w:p>
    <w:p w14:paraId="270F3F70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stosuje poznane słownictwo i struktury z rozdziału 4, w tym nazwy przedmiotów związanych z plażą, liczby 1-10 oraz How many…?, …plus … equals .., popełniając nieliczne błędy.</w:t>
      </w:r>
    </w:p>
    <w:p w14:paraId="0F0162FD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stosuje poznane słownictwo z rozdziału 4, w tym nazwy przedmiotów związanych z plażą, liczby 1-10 oraz How many…?, …plus … equals .., popełniając liczne błędy.</w:t>
      </w:r>
    </w:p>
    <w:p w14:paraId="433F3956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stosuje poznane słownictwo z rozdziału 4, w tym nazwy przedmiotów związanych z plażą, liczby 1-10 oraz How many…?, …plus … equals .., popełniając bardzo liczne błędy.</w:t>
      </w:r>
    </w:p>
    <w:p w14:paraId="6B875F46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Czytanie i pisanie</w:t>
      </w:r>
    </w:p>
    <w:p w14:paraId="435EE1C3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z łatwością czyta wyrazy i teksty z rozdziału 4 oraz pisze po śladzie proste zwroty i nazwy zabawek związanych z plażą, nie popełniając błędów, zachowując dużą staranność.</w:t>
      </w:r>
    </w:p>
    <w:p w14:paraId="2A07CDE2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bez większych problemów czyta wyrazy i teksty z rozdziału 4 oraz pisze po śladzie proste zwroty i nazwy zabawek związanych z plażą, nie popełniając większych błędów, zachowując odpowiednią staranność.</w:t>
      </w:r>
    </w:p>
    <w:p w14:paraId="08721AFE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czyta wyrazy i teksty z rozdziału 4 oraz pisze po śladzie proste zwroty i nazwy zabawek związanych z plażą, popełniając drobne błędy i zachowując staranność w miarę swoich możliwości.</w:t>
      </w:r>
    </w:p>
    <w:p w14:paraId="1C82251E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czyta niektóre wyrazy i teksty z rozdziału oraz stara się pisać po śladzie proste zwroty i nazwy zabawek związanych z plażą, popełniając liczne błędy, nie zachowując właściwej staranności.</w:t>
      </w:r>
    </w:p>
    <w:p w14:paraId="47D6B522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czyta pojedyncze wyrazy i teksty z rozdziału 4 oraz nie stara się pisać po śladzie proste zwroty i nazwy zabawek związanych z plażą, lub robi to niechlujnie.</w:t>
      </w:r>
    </w:p>
    <w:p w14:paraId="12EFACE6" w14:textId="77777777" w:rsidR="005B57DA" w:rsidRPr="00880538" w:rsidRDefault="00312B2D">
      <w:pPr>
        <w:pStyle w:val="Nagwek1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UNIT 5</w:t>
      </w:r>
    </w:p>
    <w:p w14:paraId="0FC8BB57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Mówienie i reagowanie</w:t>
      </w:r>
    </w:p>
    <w:p w14:paraId="22C7AC88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w sposób zrozumiały i bardzo płynny odpowiada na pytania nauczyciela dotyczące bieżącego materiału, podaje i pyta o nazwy części ciała, liczby i kolory, śpiewa piosenki samodzielnie i recytuje rymowanki, nie popełniając błędów.</w:t>
      </w:r>
    </w:p>
    <w:p w14:paraId="6132B286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w sposób zrozumiały odpowiada na pytania nauczyciela dotyczące bieżącego materiału, podaje i pyta o nazwy części ciała, liczby i kolory, śpiewa piosenki samodzielnie lub z nagraniem i recytuje rymowanki, nie popełniając większych błędów.</w:t>
      </w:r>
    </w:p>
    <w:p w14:paraId="70F7A5B4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w sposób w miarę zrozumiały odpowiada na pytania nauczyciela dotyczące bieżącego materiału, podaje i pyta o nazwy części ciała, liczby i kolory, śpiewa piosenki z nagraniem i recytuje rymowanki, popełniając niewielkie błędy językowe, niewpływające na zrozumienie wypowiedzi.</w:t>
      </w:r>
    </w:p>
    <w:p w14:paraId="679CE13A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odpowiada na pytania nauczyciela dotyczące bieżącego materiału, podaje i pyta o nazwy części ciała, liczby i kolory, stara się śpiewać piosenki z nagraniem i recytować rymowanki, popełniając błędy językowe, które wpływają na właściwe zrozumienie wypowiedzi.</w:t>
      </w:r>
    </w:p>
    <w:p w14:paraId="08794B36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usiłuje odpowiadać na niektóre pytania nauczyciela dotyczące bieżącego materiału, podaje i pyta o nazwy części ciała, liczby i kolory, próbuje śpiewać piosenki i recytować rymowanki, popełniając bardzo dużo błędów.</w:t>
      </w:r>
    </w:p>
    <w:p w14:paraId="304701A1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lastRenderedPageBreak/>
        <w:t>Słuchanie</w:t>
      </w:r>
    </w:p>
    <w:p w14:paraId="2F163B01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z łatwością rozumie proste oraz bardziej złożone polecenia nauczyciela i właściwie na nie reaguje, wskazuje właściwe elementy obrazków podczas słuchania nagrań, wykonuje odpowiednie gesty towarzyszące piosenkom z rozdziału 5, rozumie i odgrywa słuchaną historyjkę obrazkową oraz wykonuje zadania sprawdzające rozumienie słuchanych tekstów, nie popełniając błędów.</w:t>
      </w:r>
    </w:p>
    <w:p w14:paraId="02E27414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rozumie proste oraz bardziej złożone polecenia nauczyciela i właściwie na nie reaguje, wskazuje właściwe elementy obrazków podczas słuchania nagrań, wykonuje odpowiednie gesty towarzyszące piosenkom z rozdziału 5, rozumie i odgrywa słuchaną historyjkę obrazkową oraz wykonuje zadania sprawdzające rozumienie słuchanych tekstów, nie popełniając większych błędów.</w:t>
      </w:r>
    </w:p>
    <w:p w14:paraId="448BC728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rozumie proste polecenia nauczyciela i właściwie na nie reaguje, wskazuje odpowiednie elementy obrazków podczas słuchanych nagrań, wykonuje w większości właściwe gesty towarzyszące piosenkom z rozdziału 5, w większości rozumie i odgrywa słuchaną historyjkę obrazkową oraz wykonuje zadania sprawdzające rozumienie słuchanych tekstów, popełniając niewielkie błędy.</w:t>
      </w:r>
    </w:p>
    <w:p w14:paraId="41642399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rozumie proste polecenia nauczyciela i próbuje na nie reagować, wskazuje część elementów obrazków podczas słuchanych nagrań, wykonuje niektóre gesty towarzyszące piosenkom z rozdziału 5, częściowo rozumie słuchaną historyjkę obrazkową oraz wykonuje niektóre zadania sprawdzające rozumienie słuchanych tekstów.</w:t>
      </w:r>
    </w:p>
    <w:p w14:paraId="39B67BCD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rozumie niektóre proste polecenia nauczyciela i rzadko na nie reaguje, w większości błędnie wskazuje elementy obrazków podczas słuchanych nagrań, sporadycznie wykonuje niektóre gesty towarzyszące piosenkom z rozdziału 5, popełniając bardzo dużo błędów, nie rozumie większości nagrań i historyjki obrazkowej oraz próbuje wykonywać część zadań sprawdzających rozumienie słuchanych tekstów.</w:t>
      </w:r>
    </w:p>
    <w:p w14:paraId="28B82B6F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Uzyskiwanie informacji</w:t>
      </w:r>
    </w:p>
    <w:p w14:paraId="3C67117F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w sposób bardzo płynny udziela, pyta i prosi o informacje związane z nazwami części ciała, liczbami i kolorami.</w:t>
      </w:r>
    </w:p>
    <w:p w14:paraId="59171C9D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w sposób płynny udziela, pyta i prosi o informacje związane z nazwami części ciała, liczbami i kolorami.</w:t>
      </w:r>
    </w:p>
    <w:p w14:paraId="66B186F4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udziela, pyta i prosi o informacje związane z nazwami części ciała, liczbami i kolorami, popełniając drobne błędy językowe, niewpływające na zrozumienie wypowiedzi.</w:t>
      </w:r>
    </w:p>
    <w:p w14:paraId="43932944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udziela, pyta i prosi o informacje związane z nazwami części ciała, liczbami i kolorami, popełniając błędy językowe, które w niewielkim stopniu wpływają na właściwe zrozumienie wypowiedzi.</w:t>
      </w:r>
    </w:p>
    <w:p w14:paraId="7FA2DB62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z trudem udziela, pyta i prosi o informacje związane z nazwami części ciała, liczbami i kolorami, popełniając błędy językowe, które w znacznym stopniu wpływają na właściwe zrozumienie wypowiedzi.</w:t>
      </w:r>
    </w:p>
    <w:p w14:paraId="25C73BF5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Gramatyka i słownictwo</w:t>
      </w:r>
    </w:p>
    <w:p w14:paraId="6753FB7F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 xml:space="preserve">Uczeń bezbłędnie stosuje poznane słownictwo i struktury z rozdziału 5, w tym części ciała, liczby 1-10 i kolory oraz I’ve got a (white face). </w:t>
      </w:r>
      <w:r w:rsidRPr="00880538">
        <w:rPr>
          <w:rFonts w:asciiTheme="minorHAnsi" w:hAnsiTheme="minorHAnsi"/>
        </w:rPr>
        <w:t xml:space="preserve">I’ve got (green eyes). Touch your (eyes). Shake your (head). </w:t>
      </w:r>
      <w:r w:rsidRPr="00880538">
        <w:rPr>
          <w:rFonts w:asciiTheme="minorHAnsi" w:hAnsiTheme="minorHAnsi"/>
          <w:lang w:val="pl-PL"/>
        </w:rPr>
        <w:t>I’ve got (two eyes). How many …?,</w:t>
      </w:r>
    </w:p>
    <w:p w14:paraId="1BE41AA5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 xml:space="preserve">Uczeń poprawnie lub niemal poprawnie stosuje poznane słownictwo i struktury z rozdziału 5, w tym części ciała, liczby 1-10 i kolory oraz I’ve got a (white face). </w:t>
      </w:r>
      <w:r w:rsidRPr="00880538">
        <w:rPr>
          <w:rFonts w:asciiTheme="minorHAnsi" w:hAnsiTheme="minorHAnsi"/>
        </w:rPr>
        <w:t xml:space="preserve">I’ve got (green eyes). Touch your (eyes). Shake your (head). </w:t>
      </w:r>
      <w:r w:rsidRPr="00880538">
        <w:rPr>
          <w:rFonts w:asciiTheme="minorHAnsi" w:hAnsiTheme="minorHAnsi"/>
          <w:lang w:val="pl-PL"/>
        </w:rPr>
        <w:t>I’ve got (two eyes). How many …?</w:t>
      </w:r>
    </w:p>
    <w:p w14:paraId="18DEE7D0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lastRenderedPageBreak/>
        <w:t xml:space="preserve">DOBRA: </w:t>
      </w:r>
      <w:r w:rsidRPr="00880538">
        <w:rPr>
          <w:rFonts w:asciiTheme="minorHAnsi" w:hAnsiTheme="minorHAnsi"/>
          <w:lang w:val="pl-PL"/>
        </w:rPr>
        <w:t xml:space="preserve">Uczeń stosuje poznane słownictwo i struktury z rozdziału 5, w tym części ciała, liczby 1-10 i kolory oraz I’ve got a (white face). </w:t>
      </w:r>
      <w:r w:rsidRPr="00880538">
        <w:rPr>
          <w:rFonts w:asciiTheme="minorHAnsi" w:hAnsiTheme="minorHAnsi"/>
        </w:rPr>
        <w:t xml:space="preserve">I’ve got (green eyes). Touch your (eyes). Shake your (head). </w:t>
      </w:r>
      <w:r w:rsidRPr="00880538">
        <w:rPr>
          <w:rFonts w:asciiTheme="minorHAnsi" w:hAnsiTheme="minorHAnsi"/>
          <w:lang w:val="pl-PL"/>
        </w:rPr>
        <w:t>I’ve got (two eyes). How many …?, popełniając nieliczne błędy.</w:t>
      </w:r>
    </w:p>
    <w:p w14:paraId="3A6FCF0F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 xml:space="preserve">Uczeń stosuje poznane słownictwo i struktury z rozdziału 5, w tym części ciała, liczby 1-10 i kolory oraz I’ve got a (white face). </w:t>
      </w:r>
      <w:r w:rsidRPr="00880538">
        <w:rPr>
          <w:rFonts w:asciiTheme="minorHAnsi" w:hAnsiTheme="minorHAnsi"/>
        </w:rPr>
        <w:t xml:space="preserve">I’ve got (green eyes). Touch your (eyes). Shake your (head). </w:t>
      </w:r>
      <w:r w:rsidRPr="00880538">
        <w:rPr>
          <w:rFonts w:asciiTheme="minorHAnsi" w:hAnsiTheme="minorHAnsi"/>
          <w:lang w:val="pl-PL"/>
        </w:rPr>
        <w:t>I’ve got (two eyes). How many …?, popełniając liczne błędy.</w:t>
      </w:r>
    </w:p>
    <w:p w14:paraId="6E674AA3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 xml:space="preserve">Uczeń stosuje poznane słownictwo i struktury z rozdziału 5, w tym części ciała, liczby 1-10 i kolory oraz I’ve got a (white face). </w:t>
      </w:r>
      <w:r w:rsidRPr="00880538">
        <w:rPr>
          <w:rFonts w:asciiTheme="minorHAnsi" w:hAnsiTheme="minorHAnsi"/>
        </w:rPr>
        <w:t xml:space="preserve">I’ve got (green eyes). Touch your (eyes). Shake your (head). </w:t>
      </w:r>
      <w:r w:rsidRPr="00880538">
        <w:rPr>
          <w:rFonts w:asciiTheme="minorHAnsi" w:hAnsiTheme="minorHAnsi"/>
          <w:lang w:val="pl-PL"/>
        </w:rPr>
        <w:t>I’ve got (two eyes). How many …?, popełniając bardzo liczne błędy.</w:t>
      </w:r>
    </w:p>
    <w:p w14:paraId="0BA74767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Czytanie i pisanie</w:t>
      </w:r>
    </w:p>
    <w:p w14:paraId="2B6AFB62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z łatwością czyta wyrazy i teksty z rozdziału 5 oraz pisze nazwy części ciała, kolory i liczby oraz pisze po śladzie proste zdania, nie popełniając błędów, zachowując dużą staranność.</w:t>
      </w:r>
    </w:p>
    <w:p w14:paraId="423AA496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bez większych problemów czyta wyrazy i teksty z rozdziału 5 oraz pisze nazwy części ciała, kolory i liczby oraz pisze po śladzie proste zdania, nie popełniając większych błędów, zachowując odpowiednią staranność.</w:t>
      </w:r>
    </w:p>
    <w:p w14:paraId="5EC8DAFE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czyta wyrazy i teksty z rozdziału 5 oraz pisze nazwy części ciała, kolory i liczby oraz pisze po śladzie proste zdania, popełniając drobne błędy i zachowując staranność w miarę swoich możliwości.</w:t>
      </w:r>
    </w:p>
    <w:p w14:paraId="5A862D92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czyta niektóre wyrazy i teksty z rozdziału 5 oraz pisze nazwy części ciała, kolory i liczby oraz pisze po śladzie proste zdania, popełniając liczne błędy, nie zachowując właściwej staranności.</w:t>
      </w:r>
    </w:p>
    <w:p w14:paraId="688F1812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czyta pojedyncze wyrazy i teksty z rozdziału 5 oraz nie stara pisać nazwy części ciała, kolory i liczby oraz pisze po śladzie proste zdania lub robi to niechlujnie.</w:t>
      </w:r>
    </w:p>
    <w:p w14:paraId="549B692B" w14:textId="77777777" w:rsidR="005B57DA" w:rsidRPr="00880538" w:rsidRDefault="00312B2D">
      <w:pPr>
        <w:pStyle w:val="Nagwek1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UNIT 6</w:t>
      </w:r>
    </w:p>
    <w:p w14:paraId="691E6F69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Mówienie i reagowanie</w:t>
      </w:r>
    </w:p>
    <w:p w14:paraId="4FA4F259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w sposób zrozumiały i bardzo płynny odpowiada na pytania nauczyciela dotyczące bieżącego materiału, podaje i pyta o nazwy zwierząt dzikich i hodowlanych, kolory, liczby i części ciała, śpiewa piosenki samodzielnie i recytuje rymowanki, nie popełniając błędów.</w:t>
      </w:r>
    </w:p>
    <w:p w14:paraId="05F22D0F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w sposób zrozumiały odpowiada na pytania nauczyciela dotyczące bieżącego materiału, podaje i pyta o nazwy zwierząt dzikich i hodowlanych, kolory, liczby i części ciała, śpiewa piosenki samodzielnie lub z nagraniem i recytuje rymowanki, nie popełniając większych błędów.</w:t>
      </w:r>
    </w:p>
    <w:p w14:paraId="36B73B11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w sposób w miarę zrozumiały odpowiada na pytania nauczyciela dotyczące bieżącego materiału, podaje i pyta o nazwy zwierząt dzikich i hodowlanych, kolory, liczby i części ciała, śpiewa piosenki z nagraniem i recytuje rymowanki, popełniając niewielkie błędy językowe, niewpływające na zrozumienie wypowiedzi.</w:t>
      </w:r>
    </w:p>
    <w:p w14:paraId="2E61D1DF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odpowiada na pytania nauczyciela dotyczące bieżącego materiału, podaje i pyta o nazwy zwierząt dzikich i hodowlanych, kolory, liczby i części ciała, stara się śpiewać piosenki z nagraniem i recytować rymowanki, popełniając błędy językowe, które wpływają na właściwe zrozumienie wypowiedzi.</w:t>
      </w:r>
    </w:p>
    <w:p w14:paraId="79BD118E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usiłuje odpowiadać na niektóre pytania nauczyciela dotyczące bieżącego materiału, podaje i pyta o nazwy zwierząt dzikich i hodowlanych, kolory, liczby i części ciała, próbuje śpiewać piosenki i recytować rymowanki, popełniając bardzo dużo błędów.</w:t>
      </w:r>
    </w:p>
    <w:p w14:paraId="6557619B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lastRenderedPageBreak/>
        <w:t>Słuchanie</w:t>
      </w:r>
    </w:p>
    <w:p w14:paraId="64485C3C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z łatwością rozumie proste oraz bardziej złożone polecenia nauczyciela i właściwie na nie reaguje, wskazuje właściwe elementy obrazków podczas słuchania nagrań, wykonuje odpowiednie gesty towarzyszące piosenkom z rozdziału 6, rozumie i odgrywa słuchaną historyjkę obrazkową oraz wykonuje zadania sprawdzające rozumienie słuchanych tekstów, nie popełniając błędów.</w:t>
      </w:r>
    </w:p>
    <w:p w14:paraId="47075D56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rozumie proste oraz bardziej złożone polecenia nauczyciela i właściwie na nie reaguje, wskazuje właściwe elementy obrazków podczas słuchania nagrań, wykonuje odpowiednie gesty towarzyszące piosenkom z rozdziału 6, rozumie i odgrywa słuchaną historyjkę obrazkową oraz wykonuje zadania sprawdzające rozumienie słuchanych tekstów, nie popełniając większych błędów.</w:t>
      </w:r>
    </w:p>
    <w:p w14:paraId="00948988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rozumie proste polecenia nauczyciela i właściwie na nie reaguje, wskazuje odpowiednie elementy obrazków podczas słuchanych nagrań, wykonuje w większości właściwe gesty towarzyszące piosenkom z rozdziału 6, w większości rozumie i odgrywa słuchaną historyjkę obrazkową oraz wykonuje zadania sprawdzające rozumienie słuchanych tekstów, popełniając niewielkie błędy.</w:t>
      </w:r>
    </w:p>
    <w:p w14:paraId="5D6CDF5A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rozumie proste polecenia nauczyciela i próbuje na nie reagować, wskazuje część elementów obrazków podczas słuchanych nagrań, wykonuje niektóre gesty towarzyszące piosenkom z rozdziału 6, częściowo rozumie słuchaną historyjkę obrazkową oraz wykonuje niektóre zadania sprawdzające rozumienie słuchanych tekstów.</w:t>
      </w:r>
    </w:p>
    <w:p w14:paraId="34C15B56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rozumie niektóre proste polecenia nauczyciela i rzadko na nie reaguje, w większości błędnie wskazuje elementy obrazków podczas słuchanych nagrań, sporadycznie wykonuje niektóre gesty towarzyszące piosenkom z rozdziału 6, popełniając bardzo dużo błędów, nie rozumie większości nagrań i historyjki obrazkowej oraz próbuje wykonywać część zadań sprawdzających rozumienie słuchanych tekstów.</w:t>
      </w:r>
    </w:p>
    <w:p w14:paraId="78D9B6CC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Uzyskiwanie informacji</w:t>
      </w:r>
    </w:p>
    <w:p w14:paraId="5346B807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w sposób bardzo płynny udziela, pyta i prosi o informacje związane z liczbą, kolorami i częściami ciała zwierząt.</w:t>
      </w:r>
    </w:p>
    <w:p w14:paraId="5B0ED190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w sposób płynny udziela, pyta i prosi o informacje związane z liczbą, kolorami i częściami ciała zwierząt.</w:t>
      </w:r>
    </w:p>
    <w:p w14:paraId="628A662A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udziela, pyta i prosi o informacje związane z liczbą, kolorami i częściami ciała zwierząt, popełniając drobne błędy językowe, niewpływające na zrozumienie wypowiedzi.</w:t>
      </w:r>
    </w:p>
    <w:p w14:paraId="727E45D3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udziela, pyta i prosi o informacje związane z liczbą, kolorami i częściami ciała zwierząt, popełniając błędy językowe, które w niewielkim stopniu wpływają na właściwe zrozumienie wypowiedzi.</w:t>
      </w:r>
    </w:p>
    <w:p w14:paraId="7149B76B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z trudem udziela, pyta i prosi o informacje związane z liczbą, kolorami i częściami ciała zwierząt, popełniając błędy językowe, które w znacznym stopniu wpływają na właściwe zrozumienie wypowiedzi.</w:t>
      </w:r>
    </w:p>
    <w:p w14:paraId="340E892B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Gramatyka i słownictwo</w:t>
      </w:r>
    </w:p>
    <w:p w14:paraId="2CB115DB" w14:textId="77777777" w:rsidR="005B57DA" w:rsidRPr="00880538" w:rsidRDefault="00312B2D">
      <w:pPr>
        <w:spacing w:after="120"/>
        <w:rPr>
          <w:rFonts w:asciiTheme="minorHAnsi" w:hAnsiTheme="minorHAnsi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 xml:space="preserve">Uczeń bezbłędnie stosuje poznane słownictwo i struktury z rozdziału 6, w tym nazwy zwierząt, części ciała, kolorów, liczby oraz What is it? </w:t>
      </w:r>
      <w:r w:rsidRPr="00880538">
        <w:rPr>
          <w:rFonts w:asciiTheme="minorHAnsi" w:hAnsiTheme="minorHAnsi"/>
        </w:rPr>
        <w:t>It’s a (zebra). What colour is it? It’s (black and white). How many (ears)? This is a (lion). This is an (elephant).</w:t>
      </w:r>
    </w:p>
    <w:p w14:paraId="20A0473B" w14:textId="77777777" w:rsidR="005B57DA" w:rsidRPr="00880538" w:rsidRDefault="00312B2D">
      <w:pPr>
        <w:spacing w:after="120"/>
        <w:rPr>
          <w:rFonts w:asciiTheme="minorHAnsi" w:hAnsiTheme="minorHAnsi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 xml:space="preserve">Uczeń poprawnie lub niemal poprawnie stosuje poznane słownictwo i struktury z rozdziału 6, w tym nazwy zwierząt, części ciała, kolorów, liczby oraz What is it? </w:t>
      </w:r>
      <w:r w:rsidRPr="00880538">
        <w:rPr>
          <w:rFonts w:asciiTheme="minorHAnsi" w:hAnsiTheme="minorHAnsi"/>
        </w:rPr>
        <w:t>It’s a (zebra). What colour is it? It’s (black and white). How many (ears)? This is a (lion). This is an (elephant).</w:t>
      </w:r>
    </w:p>
    <w:p w14:paraId="3FD95FA6" w14:textId="77777777" w:rsidR="005B57DA" w:rsidRPr="00880538" w:rsidRDefault="00312B2D">
      <w:pPr>
        <w:spacing w:after="120"/>
        <w:rPr>
          <w:rFonts w:asciiTheme="minorHAnsi" w:hAnsiTheme="minorHAnsi"/>
        </w:rPr>
      </w:pPr>
      <w:r w:rsidRPr="00880538">
        <w:rPr>
          <w:rFonts w:asciiTheme="minorHAnsi" w:hAnsiTheme="minorHAnsi"/>
          <w:b/>
          <w:lang w:val="pl-PL"/>
        </w:rPr>
        <w:lastRenderedPageBreak/>
        <w:t xml:space="preserve">DOBRA: </w:t>
      </w:r>
      <w:r w:rsidRPr="00880538">
        <w:rPr>
          <w:rFonts w:asciiTheme="minorHAnsi" w:hAnsiTheme="minorHAnsi"/>
          <w:lang w:val="pl-PL"/>
        </w:rPr>
        <w:t xml:space="preserve">Uczeń stosuje poznane słownictwo i struktury z rozdziału 6, w tym nazwy zwierząt, części ciała, kolorów, liczby oraz What is it? </w:t>
      </w:r>
      <w:r w:rsidRPr="00880538">
        <w:rPr>
          <w:rFonts w:asciiTheme="minorHAnsi" w:hAnsiTheme="minorHAnsi"/>
        </w:rPr>
        <w:t>It’s a (zebra). What colour is it? It’s (black and white). How many (ears)? This is a (lion). This is an (elephant), popełniając nieliczne błędy.</w:t>
      </w:r>
    </w:p>
    <w:p w14:paraId="11374C82" w14:textId="77777777" w:rsidR="005B57DA" w:rsidRPr="00880538" w:rsidRDefault="00312B2D">
      <w:pPr>
        <w:spacing w:after="120"/>
        <w:rPr>
          <w:rFonts w:asciiTheme="minorHAnsi" w:hAnsiTheme="minorHAnsi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 xml:space="preserve">Uczeń stosuje poznane słownictwo z rozdziału 6, w tym nazwy zwierząt, części ciała, kolorów, liczby oraz What is it? </w:t>
      </w:r>
      <w:r w:rsidRPr="00880538">
        <w:rPr>
          <w:rFonts w:asciiTheme="minorHAnsi" w:hAnsiTheme="minorHAnsi"/>
        </w:rPr>
        <w:t>It’s a (zebra). What colour is it? It’s (black and white). How many (ears)? This is a (lion). This is an (elephant), popełniając liczne błędy</w:t>
      </w:r>
    </w:p>
    <w:p w14:paraId="117ECB9B" w14:textId="77777777" w:rsidR="005B57DA" w:rsidRPr="00880538" w:rsidRDefault="00312B2D">
      <w:pPr>
        <w:spacing w:after="120"/>
        <w:rPr>
          <w:rFonts w:asciiTheme="minorHAnsi" w:hAnsiTheme="minorHAnsi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 xml:space="preserve">Uczeń stosuje poznane słownictwo z rozdziału 6, w tym nazwy zwierząt, części ciała, kolorów, liczby oraz What is it? </w:t>
      </w:r>
      <w:r w:rsidRPr="00880538">
        <w:rPr>
          <w:rFonts w:asciiTheme="minorHAnsi" w:hAnsiTheme="minorHAnsi"/>
        </w:rPr>
        <w:t>It’s a (zebra). What colour is it? It’s (black and white). How many (ears)? This is a (lion). This is an (elephant), popełniając bardzo liczne błędy.</w:t>
      </w:r>
    </w:p>
    <w:p w14:paraId="4855AB83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Czytanie i pisanie</w:t>
      </w:r>
    </w:p>
    <w:p w14:paraId="19A18EE4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z łatwością czyta wyrazy i teksty z rozdziału 6 oraz zapisuje nazwy zwierząt, części ciała, kolorów i liczby, nie popełniając błędów, zachowując dużą staranność.</w:t>
      </w:r>
    </w:p>
    <w:p w14:paraId="65F3938C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bez większych problemów czyta wyrazy i teksty z rozdziału 6 oraz zapisuje nazwy zwierząt, części ciała, kolorów i liczby, nie popełniając większych błędów, zachowując odpowiednią staranność.</w:t>
      </w:r>
    </w:p>
    <w:p w14:paraId="4C705014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czyta wyrazy i teksty z rozdziału 6 oraz zapisuje nazwy zwierząt, części ciała, kolorów i liczby, popełniając drobne błędy i zachowując staranność w miarę swoich możliwości.</w:t>
      </w:r>
    </w:p>
    <w:p w14:paraId="0BBCF087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czyta niektóre wyrazy i teksty z rozdziału 6 oraz stara się zapisywać nazwy zwierząt, części ciała, kolorów i liczby, popełniając liczne błędy, nie zachowując właściwej staranności.</w:t>
      </w:r>
    </w:p>
    <w:p w14:paraId="6A6415AD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czyta pojedyncze wyrazy i teksty z rozdziału 6 oraz nie stara się zapisywać nazwy zwierząt, części ciała, kolorów i liczby lub robi to niechlujnie</w:t>
      </w:r>
    </w:p>
    <w:p w14:paraId="1CA07540" w14:textId="77777777" w:rsidR="005B57DA" w:rsidRPr="00880538" w:rsidRDefault="00312B2D">
      <w:pPr>
        <w:pStyle w:val="Nagwek1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UNIT 7</w:t>
      </w:r>
    </w:p>
    <w:p w14:paraId="52BEE533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Mówienie i reagowanie</w:t>
      </w:r>
    </w:p>
    <w:p w14:paraId="006BC447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w sposób zrozumiały i bardzo płynny odpowiada na pytania nauczyciela dotyczące bieżącego materiału, podaje i pyta o nazwy osób w rodzinie i zwierząt domowych, śpiewa piosenki samodzielnie i recytuje rymowanki, nie popełniając błędów.</w:t>
      </w:r>
    </w:p>
    <w:p w14:paraId="415576BD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w sposób zrozumiały odpowiada na pytania nauczyciela dotyczące bieżącego materiału, podaje i pyta o nazwy osób w rodzinie i zwierząt domowych, śpiewa piosenki samodzielnie lub z nagraniem i recytuje rymowanki, nie popełniając większych błędów.</w:t>
      </w:r>
    </w:p>
    <w:p w14:paraId="06B90B2E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w sposób w miarę zrozumiały odpowiada na pytania nauczyciela dotyczące bieżącego materiału, podaje i pyta o nazwy osób w rodzinie i zwierząt domowych, śpiewa piosenki z nagraniem i recytuje rymowanki, popełniając niewielkie błędy językowe, niewpływające na zrozumienie wypowiedzi.</w:t>
      </w:r>
    </w:p>
    <w:p w14:paraId="03EE8C7A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odpowiada na pytania nauczyciela dotyczące bieżącego materiału, podaje i pyta o nazwy osób w rodzinie i zwierząt domowych, stara się śpiewać piosenki z nagraniem i recytować rymowanki, popełniając błędy językowe, które wpływają na właściwe zrozumienie wypowiedzi.</w:t>
      </w:r>
    </w:p>
    <w:p w14:paraId="718FD09A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usiłuje odpowiadać na niektóre pytania nauczyciela dotyczące bieżącego materiału, podaje i pyta o nazwy osób w rodzinie i zwierząt domowych, próbuje śpiewać piosenki i recytować rymowanki, popełniając bardzo dużo błędów.</w:t>
      </w:r>
    </w:p>
    <w:p w14:paraId="35428B33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lastRenderedPageBreak/>
        <w:t>Słuchanie</w:t>
      </w:r>
    </w:p>
    <w:p w14:paraId="54E2E2B1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z łatwością rozumie proste oraz bardziej złożone polecenia nauczyciela i właściwie na nie reaguje, wskazuje właściwe elementy obrazków podczas słuchania nagrań, wykonuje odpowiednie gesty towarzyszące piosenkom z rozdziału 7, rozumie i odgrywa słuchaną historyjkę obrazkową oraz wykonuje zadania sprawdzające rozumienie słuchanych tekstów, nie popełniając błędów.</w:t>
      </w:r>
    </w:p>
    <w:p w14:paraId="1F1F7EDD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rozumie proste oraz bardziej złożone polecenia nauczyciela i właściwie na nie reaguje, wskazuje właściwe elementy obrazków podczas słuchania nagrań, wykonuje odpowiednie gesty towarzyszące piosenkom z rozdziału 7, rozumie i odgrywa słuchaną historyjkę obrazkową oraz wykonuje zadania sprawdzające rozumienie słuchanych tekstów, nie popełniając większych błędów.</w:t>
      </w:r>
    </w:p>
    <w:p w14:paraId="1652A09B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rozumie proste polecenia nauczyciela i właściwie na nie reaguje, wskazuje odpowiednie elementy obrazków podczas słuchanych nagrań, wykonuje w większości właściwe gesty towarzyszące piosenkom z rozdziału 7, w większości rozumie i odgrywa słuchaną historyjkę obrazkową oraz wykonuje zadania sprawdzające rozumienie słuchanych tekstów, popełniając niewielkie błędy.</w:t>
      </w:r>
    </w:p>
    <w:p w14:paraId="7AE8163F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rozumie proste polecenia nauczyciela i próbuje na nie reagować, wskazuje część elementów obrazków podczas słuchanych nagrań, wykonuje niektóre gesty towarzyszące piosenkom z rozdziału 7, częściowo rozumie słuchaną historyjkę obrazkową oraz wykonuje niektóre zadania sprawdzające rozumienie słuchanych tekstów.</w:t>
      </w:r>
    </w:p>
    <w:p w14:paraId="34AA7B14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rozumie niektóre proste polecenia nauczyciela i rzadko na nie reaguje, w większości błędnie wskazuje elementy obrazków podczas słuchanych nagrań, sporadycznie wykonuje niektóre gesty towarzyszące piosenkom z rozdziału 7, popełniając bardzo dużo błędów, nie rozumie większości nagrań i historyjki obrazkowej oraz próbuje wykonywać część zadań sprawdzających rozumienie słuchanych tekstów.</w:t>
      </w:r>
    </w:p>
    <w:p w14:paraId="0B40826A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Uzyskiwanie informacji</w:t>
      </w:r>
    </w:p>
    <w:p w14:paraId="44D7CF4F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w sposób bardzo płynny udziela, pyta i prosi o informacje związane z osobami w rodzinie i zwierzętami domowymi.</w:t>
      </w:r>
    </w:p>
    <w:p w14:paraId="2638E962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w sposób płynny udziela, pyta i prosi o informacje związane z osobami w rodzinie i zwierzętami domowymi.</w:t>
      </w:r>
    </w:p>
    <w:p w14:paraId="705E2CB7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udziela, pyta i prosi o informacje związane z osobami w rodzinie i zwierzętami domowymi, popełniając drobne błędy językowe, niewpływające na zrozumienie wypowiedzi.</w:t>
      </w:r>
    </w:p>
    <w:p w14:paraId="67E659B2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udziela, pyta i prosi o informacje związane z osobami w rodzinie i zwierzętami domowymi, popełniając błędy językowe, które w niewielkim stopniu wpływają na właściwe zrozumienie wypowiedzi.</w:t>
      </w:r>
    </w:p>
    <w:p w14:paraId="0B0BED31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z trudem udziela, pyta i prosi o informacje związane z osobami w rodzinie i zwierzętami domowymi, popełniając błędy językowe, które w znacznym stopniu wpływają na właściwe zrozumienie wypowiedzi.</w:t>
      </w:r>
    </w:p>
    <w:p w14:paraId="63971703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Gramatyka i słownictwo</w:t>
      </w:r>
    </w:p>
    <w:p w14:paraId="365AC05B" w14:textId="77777777" w:rsidR="005B57DA" w:rsidRPr="00880538" w:rsidRDefault="00312B2D">
      <w:pPr>
        <w:spacing w:after="120"/>
        <w:rPr>
          <w:rFonts w:asciiTheme="minorHAnsi" w:hAnsiTheme="minorHAnsi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 xml:space="preserve">Uczeń bezbłędnie stosuje poznane słownictwo i struktury z rozdziału 6, w tym nazwy osób w rodzinie i zwierząt domowych oraz Who’s this? </w:t>
      </w:r>
      <w:r w:rsidRPr="00880538">
        <w:rPr>
          <w:rFonts w:asciiTheme="minorHAnsi" w:hAnsiTheme="minorHAnsi"/>
        </w:rPr>
        <w:t>This is my (grandma). He’s/She’s my (aunt). I’ve got (one) (brother)</w:t>
      </w:r>
    </w:p>
    <w:p w14:paraId="52923CF9" w14:textId="77777777" w:rsidR="005B57DA" w:rsidRPr="00880538" w:rsidRDefault="00312B2D">
      <w:pPr>
        <w:spacing w:after="120"/>
        <w:rPr>
          <w:rFonts w:asciiTheme="minorHAnsi" w:hAnsiTheme="minorHAnsi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 xml:space="preserve">Uczeń poprawnie lub niemal poprawnie stosuje poznane słownictwo i struktury z rozdziału 6, w tym nazwy osób w rodzinie i zwierząt domowych oraz Who’s this? </w:t>
      </w:r>
      <w:r w:rsidRPr="00880538">
        <w:rPr>
          <w:rFonts w:asciiTheme="minorHAnsi" w:hAnsiTheme="minorHAnsi"/>
        </w:rPr>
        <w:t>This is my (grandma). He’s/She’s my (aunt). I’ve got (one) (brother).</w:t>
      </w:r>
    </w:p>
    <w:p w14:paraId="4F39F519" w14:textId="77777777" w:rsidR="005B57DA" w:rsidRPr="00880538" w:rsidRDefault="00312B2D">
      <w:pPr>
        <w:spacing w:after="120"/>
        <w:rPr>
          <w:rFonts w:asciiTheme="minorHAnsi" w:hAnsiTheme="minorHAnsi"/>
        </w:rPr>
      </w:pPr>
      <w:r w:rsidRPr="00880538">
        <w:rPr>
          <w:rFonts w:asciiTheme="minorHAnsi" w:hAnsiTheme="minorHAnsi"/>
          <w:b/>
          <w:lang w:val="pl-PL"/>
        </w:rPr>
        <w:lastRenderedPageBreak/>
        <w:t xml:space="preserve">DOBRA: </w:t>
      </w:r>
      <w:r w:rsidRPr="00880538">
        <w:rPr>
          <w:rFonts w:asciiTheme="minorHAnsi" w:hAnsiTheme="minorHAnsi"/>
          <w:lang w:val="pl-PL"/>
        </w:rPr>
        <w:t xml:space="preserve">Uczeń stosuje poznane słownictwo i struktury z rozdziału 6, w tym nazwy z osób w rodzinie i zwierząt domowych oraz Who’s this? </w:t>
      </w:r>
      <w:r w:rsidRPr="00880538">
        <w:rPr>
          <w:rFonts w:asciiTheme="minorHAnsi" w:hAnsiTheme="minorHAnsi"/>
        </w:rPr>
        <w:t>This is my (grandma). He’s/She’s my (aunt). I’ve got (one) (brother)., popełniając nieliczne błędy.</w:t>
      </w:r>
    </w:p>
    <w:p w14:paraId="7D7C9559" w14:textId="77777777" w:rsidR="005B57DA" w:rsidRPr="00880538" w:rsidRDefault="00312B2D">
      <w:pPr>
        <w:spacing w:after="120"/>
        <w:rPr>
          <w:rFonts w:asciiTheme="minorHAnsi" w:hAnsiTheme="minorHAnsi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 xml:space="preserve">Uczeń stosuje poznane słownictwo z rozdziału 6, w tym nazwy osób w rodzinie i zwierząt domowych oraz Who’s this? </w:t>
      </w:r>
      <w:r w:rsidRPr="00880538">
        <w:rPr>
          <w:rFonts w:asciiTheme="minorHAnsi" w:hAnsiTheme="minorHAnsi"/>
        </w:rPr>
        <w:t>This is my (grandma). He’s/She’s my (aunt). I’ve got (one) (brother)., popełniając liczne błędy</w:t>
      </w:r>
    </w:p>
    <w:p w14:paraId="2F7A6C4C" w14:textId="77777777" w:rsidR="005B57DA" w:rsidRPr="00880538" w:rsidRDefault="00312B2D">
      <w:pPr>
        <w:spacing w:after="120"/>
        <w:rPr>
          <w:rFonts w:asciiTheme="minorHAnsi" w:hAnsiTheme="minorHAnsi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 xml:space="preserve">Uczeń stosuje poznane słownictwo z rozdziału 6, w tym nazwy osób w rodzinie i zwierząt domowych oraz Who’s this? </w:t>
      </w:r>
      <w:r w:rsidRPr="00880538">
        <w:rPr>
          <w:rFonts w:asciiTheme="minorHAnsi" w:hAnsiTheme="minorHAnsi"/>
        </w:rPr>
        <w:t>This is my (grandma). He’s/She’s my (aunt). I’ve got (one) (brother)., popełniając bardzo liczne błędy.</w:t>
      </w:r>
    </w:p>
    <w:p w14:paraId="069967EB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Czytanie i pisanie</w:t>
      </w:r>
    </w:p>
    <w:p w14:paraId="463460B6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z łatwością czyta wyrazy i teksty z rozdziału 6 oraz zapisuje proste zdania i nazwy osób w rodzinie i zwierząt domowych, nie popełniając błędów, zachowując dużą staranność.</w:t>
      </w:r>
    </w:p>
    <w:p w14:paraId="626F04C0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bez większych problemów czyta wyrazy i teksty z rozdziału 6 oraz zapisuje proste zdania i nazwy osób w rodzinie i zwierząt domowych, nie popełniając większych błędów, zachowując odpowiednią staranność.</w:t>
      </w:r>
    </w:p>
    <w:p w14:paraId="58162366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czyta wyrazy i teksty z rozdziału 6 oraz zapisuje proste zdania nazwy osób w rodzinie i zwierząt domowych, popełniając drobne błędy i zachowując staranność w miarę swoich możliwości.</w:t>
      </w:r>
    </w:p>
    <w:p w14:paraId="6458DE3D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czyta niektóre wyrazy i teksty z rozdziału 6 oraz stara się zapisywać proste zdania i nazwy osób w rodzinie i zwierząt domowych, popełniając liczne błędy, nie zachowując właściwej staranności.</w:t>
      </w:r>
    </w:p>
    <w:p w14:paraId="4052B05D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czyta pojedyncze wyrazy i teksty z rozdziału 6 oraz nie stara się zapisywać prostych zdań i nazwy osób w rodzinie i zwierząt domowych lub robi to niechlujnie</w:t>
      </w:r>
    </w:p>
    <w:p w14:paraId="3F44B055" w14:textId="77777777" w:rsidR="005B57DA" w:rsidRPr="00880538" w:rsidRDefault="00312B2D">
      <w:pPr>
        <w:pStyle w:val="Nagwek1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UNIT 8</w:t>
      </w:r>
    </w:p>
    <w:p w14:paraId="492D90D5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Mówienie i reagowanie</w:t>
      </w:r>
    </w:p>
    <w:p w14:paraId="741A210E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w sposób zrozumiały i bardzo płynny odpowiada na pytania nauczyciela dotyczące bieżącego materiału, podaje i pyta o uczucia i proste przymiotniki, śpiewa piosenki samodzielnie i recytuje rymowanki, nie popełniając błędów.</w:t>
      </w:r>
    </w:p>
    <w:p w14:paraId="29730295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w sposób zrozumiały odpowiada na pytania nauczyciela dotyczące bieżącego materiału, podaje i pyta o uczucia i proste przymiotniki, śpiewa piosenki samodzielnie lub z nagraniem i recytuje rymowanki, nie popełniając większych błędów.</w:t>
      </w:r>
    </w:p>
    <w:p w14:paraId="3C36E891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w sposób w miarę zrozumiały odpowiada na pytania nauczyciela dotyczące bieżącego materiału, podaje i pyta o uczucia i proste przymiotniki, śpiewa piosenki z nagraniem i recytuje rymowanki, popełniając niewielkie błędy językowe, niewpływające na zrozumienie wypowiedzi.</w:t>
      </w:r>
    </w:p>
    <w:p w14:paraId="2184E5BC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odpowiada na pytania nauczyciela dotyczące bieżącego materiału, podaje i pyta o uczucia i proste przymiotniki, stara się śpiewać piosenki z nagraniem i recytować rymowanki, popełniając błędy językowe, które wpływają na właściwe zrozumienie wypowiedzi.</w:t>
      </w:r>
    </w:p>
    <w:p w14:paraId="026E15B9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usiłuje odpowiadać na niektóre pytania nauczyciela dotyczące bieżącego materiału, podaje i pyta o uczucia i proste przymiotniki, próbuje śpiewać piosenki i recytować rymowanki, popełniając bardzo dużo błędów.</w:t>
      </w:r>
    </w:p>
    <w:p w14:paraId="54440511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lastRenderedPageBreak/>
        <w:t>Słuchanie</w:t>
      </w:r>
    </w:p>
    <w:p w14:paraId="5083331F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z łatwością rozumie proste oraz bardziej złożone polecenia nauczyciela i właściwie na nie reaguje, wskazuje właściwe elementy obrazków podczas słuchania nagrań, wykonuje odpowiednie gesty towarzyszące piosenkom z rozdziału 8, rozumie i odgrywa słuchaną historyjkę obrazkową oraz wykonuje zadania sprawdzające rozumienie słuchanych tekstów, nie popełniając błędów.</w:t>
      </w:r>
    </w:p>
    <w:p w14:paraId="544D03DA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rozumie proste oraz bardziej złożone polecenia nauczyciela i właściwie na nie reaguje, wskazuje właściwe elementy obrazków podczas słuchania nagrań, wykonuje odpowiednie gesty towarzyszące piosenkom z rozdziału 8, rozumie i odgrywa słuchaną historyjkę obrazkową oraz wykonuje zadania sprawdzające rozumienie słuchanych tekstów, nie popełniając większych błędów.</w:t>
      </w:r>
    </w:p>
    <w:p w14:paraId="2999A900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rozumie proste polecenia nauczyciela i właściwie na nie reaguje, wskazuje odpowiednie elementy obrazków podczas słuchanych nagrań, wykonuje w większości właściwe gesty towarzyszące piosenkom z rozdziału 8, w większości rozumie i odgrywa słuchaną historyjkę obrazkową oraz wykonuje zadania sprawdzające rozumienie słuchanych tekstów, popełniając niewielkie błędy.</w:t>
      </w:r>
    </w:p>
    <w:p w14:paraId="06F52092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rozumie proste polecenia nauczyciela i próbuje na nie reagować, wskazuje część elementów obrazków podczas słuchanych nagrań, wykonuje niektóre gesty towarzyszące piosenkom z rozdziału 8, częściowo rozumie słuchaną historyjkę obrazkową oraz wykonuje niektóre zadania sprawdzające rozumienie słuchanych tekstów.</w:t>
      </w:r>
    </w:p>
    <w:p w14:paraId="04EF4407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rozumie niektóre proste polecenia nauczyciela i rzadko na nie reaguje, w większości błędnie wskazuje elementy obrazków podczas słuchanych nagrań, sporadycznie wykonuje niektóre gesty towarzyszące piosenkom z rozdziału 8, popełniając bardzo dużo błędów, nie rozumie większości nagrań i historyjki obrazkowej oraz próbuje wykonywać część zadań sprawdzających rozumienie słuchanych tekstów.</w:t>
      </w:r>
    </w:p>
    <w:p w14:paraId="6A1182DA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Uzyskiwanie informacji</w:t>
      </w:r>
    </w:p>
    <w:p w14:paraId="3CD5DBE2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w sposób bardzo płynny udziela, pyta i prosi o informacje związane z uczuciami.</w:t>
      </w:r>
    </w:p>
    <w:p w14:paraId="73613C26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w sposób płynny udziela, pyta i prosi o informacje związane z uczuciami.</w:t>
      </w:r>
    </w:p>
    <w:p w14:paraId="744D6FD8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udziela, pyta i prosi o informacje związane z uczuciami, popełniając drobne błędy językowe, niewpływające na zrozumienie wypowiedzi.</w:t>
      </w:r>
    </w:p>
    <w:p w14:paraId="59C89CFD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udziela, pyta i prosi o informacje związane z uczuciami, popełniając błędy językowe, które w niewielkim stopniu wpływają na właściwe zrozumienie wypowiedzi.</w:t>
      </w:r>
    </w:p>
    <w:p w14:paraId="003B88EE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z trudem udziela, pyta i prosi o informacje związane z uczuciami, popełniając błędy językowe, które w znacznym stopniu wpływają na właściwe zrozumienie wypowiedzi.</w:t>
      </w:r>
    </w:p>
    <w:p w14:paraId="0700BEF9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Gramatyka i słownictwo</w:t>
      </w:r>
    </w:p>
    <w:p w14:paraId="42AB05E3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bezbłędnie stosuje poznane słownictwo i struktury z rozdziału 8, w tym nazwy uczuć i proste przymiotniki oraz She’s (happy). He’s (sad). How are you? I’m (tired).</w:t>
      </w:r>
    </w:p>
    <w:p w14:paraId="360DBCDC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poprawnie lub niemal poprawnie stosuje poznane słownictwo i struktury z rozdziału 8, w tym nazwy uczuć i proste przymiotniki oraz She’s (happy). He’s (sad). How are you? I’m (tired).</w:t>
      </w:r>
    </w:p>
    <w:p w14:paraId="48130196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stosuje poznane słownictwo i struktury z rozdziału 6, w tym nazwy uczuć i proste przymiotniki oraz She’s (happy). He’s (sad). How are you? I’m (tired)., popełniając nieliczne błędy.</w:t>
      </w:r>
    </w:p>
    <w:p w14:paraId="1C30C424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stosuje poznane słownictwo z rozdziału 8, w tym nazwy uczuć i proste przymiotniki oraz She’s (happy). He’s (sad). How are you? I’m (tired)., popełniając liczne błędy.</w:t>
      </w:r>
    </w:p>
    <w:p w14:paraId="15E15B18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lastRenderedPageBreak/>
        <w:t xml:space="preserve">DOPUSZCZAJĄCA: </w:t>
      </w:r>
      <w:r w:rsidRPr="00880538">
        <w:rPr>
          <w:rFonts w:asciiTheme="minorHAnsi" w:hAnsiTheme="minorHAnsi"/>
          <w:lang w:val="pl-PL"/>
        </w:rPr>
        <w:t>Uczeń stosuje poznane słownictwo z rozdziału 8, w tym nazwy uczuć i proste przymiotniki oraz She’s (happy). He’s (sad). How are you? I’m (tired)., popełniając bardzo liczne błędy.</w:t>
      </w:r>
    </w:p>
    <w:p w14:paraId="01705C2C" w14:textId="77777777" w:rsidR="005B57DA" w:rsidRPr="00880538" w:rsidRDefault="00312B2D">
      <w:pPr>
        <w:pStyle w:val="Nagwek2"/>
        <w:rPr>
          <w:rFonts w:asciiTheme="minorHAnsi" w:hAnsiTheme="minorHAnsi"/>
          <w:color w:val="auto"/>
          <w:lang w:val="pl-PL"/>
        </w:rPr>
      </w:pPr>
      <w:r w:rsidRPr="00880538">
        <w:rPr>
          <w:rFonts w:asciiTheme="minorHAnsi" w:hAnsiTheme="minorHAnsi"/>
          <w:color w:val="auto"/>
          <w:lang w:val="pl-PL"/>
        </w:rPr>
        <w:t>Czytanie i pisanie</w:t>
      </w:r>
    </w:p>
    <w:p w14:paraId="4E8CBD27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CELUJĄCA: </w:t>
      </w:r>
      <w:r w:rsidRPr="00880538">
        <w:rPr>
          <w:rFonts w:asciiTheme="minorHAnsi" w:hAnsiTheme="minorHAnsi"/>
          <w:lang w:val="pl-PL"/>
        </w:rPr>
        <w:t>Uczeń z łatwością czyta wyrazy i teksty z rozdziału 8 oraz zapisuje proste zdania, nazwy uczuć i proste przymiotniki, nie popełniając błędów, zachowując dużą staranność.</w:t>
      </w:r>
    </w:p>
    <w:p w14:paraId="084171B7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BARDZO DOBRA: </w:t>
      </w:r>
      <w:r w:rsidRPr="00880538">
        <w:rPr>
          <w:rFonts w:asciiTheme="minorHAnsi" w:hAnsiTheme="minorHAnsi"/>
          <w:lang w:val="pl-PL"/>
        </w:rPr>
        <w:t>Uczeń bez większych problemów czyta wyrazy i teksty z rozdziału 8 oraz zapisuje proste zdania, nazwy uczuć i proste przymiotniki, nie popełniając większych błędów, zachowując odpowiednią staranność.</w:t>
      </w:r>
    </w:p>
    <w:p w14:paraId="51B431AD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DOBRA: </w:t>
      </w:r>
      <w:r w:rsidRPr="00880538">
        <w:rPr>
          <w:rFonts w:asciiTheme="minorHAnsi" w:hAnsiTheme="minorHAnsi"/>
          <w:lang w:val="pl-PL"/>
        </w:rPr>
        <w:t>Uczeń czyta wyrazy i teksty z rozdziału 8 oraz zapisuje proste zdania, nazwy uczuć i proste przymiotniki, popełniając drobne błędy i zachowując staranność w miarę swoich możliwości.</w:t>
      </w:r>
    </w:p>
    <w:p w14:paraId="08E29C88" w14:textId="77777777" w:rsidR="005B57DA" w:rsidRPr="00880538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DOSTATECZNA: </w:t>
      </w:r>
      <w:r w:rsidRPr="00880538">
        <w:rPr>
          <w:rFonts w:asciiTheme="minorHAnsi" w:hAnsiTheme="minorHAnsi"/>
          <w:lang w:val="pl-PL"/>
        </w:rPr>
        <w:t>Uczeń czyta niektóre wyrazy i teksty z rozdziału 8 oraz stara się zapisywać proste zdania, nazwy uczuć i proste przymiotniki, popełniając liczne błędy, nie zachowując właściwej staranności.</w:t>
      </w:r>
    </w:p>
    <w:p w14:paraId="789BC959" w14:textId="77777777" w:rsidR="005B57DA" w:rsidRDefault="00312B2D">
      <w:pPr>
        <w:spacing w:after="120"/>
        <w:rPr>
          <w:rFonts w:asciiTheme="minorHAnsi" w:hAnsiTheme="minorHAnsi"/>
          <w:lang w:val="pl-PL"/>
        </w:rPr>
      </w:pPr>
      <w:r w:rsidRPr="00880538">
        <w:rPr>
          <w:rFonts w:asciiTheme="minorHAnsi" w:hAnsiTheme="minorHAnsi"/>
          <w:b/>
          <w:lang w:val="pl-PL"/>
        </w:rPr>
        <w:t xml:space="preserve">DOPUSZCZAJĄCA: </w:t>
      </w:r>
      <w:r w:rsidRPr="00880538">
        <w:rPr>
          <w:rFonts w:asciiTheme="minorHAnsi" w:hAnsiTheme="minorHAnsi"/>
          <w:lang w:val="pl-PL"/>
        </w:rPr>
        <w:t>Uczeń czyta pojedyncze wyrazy i teksty z rozdziału 8 oraz nie stara się zapisywać proste zdania, nazwy uczuć i proste przymiotniki lub robi to niechlujnie.</w:t>
      </w:r>
    </w:p>
    <w:p w14:paraId="2BE6123B" w14:textId="77777777" w:rsidR="00451841" w:rsidRDefault="00451841">
      <w:pPr>
        <w:spacing w:after="120"/>
        <w:rPr>
          <w:rFonts w:asciiTheme="minorHAnsi" w:hAnsiTheme="minorHAnsi"/>
          <w:lang w:val="pl-PL"/>
        </w:rPr>
      </w:pPr>
    </w:p>
    <w:p w14:paraId="37E7669D" w14:textId="77777777" w:rsidR="00831BE5" w:rsidRPr="00383A09" w:rsidRDefault="00831BE5" w:rsidP="00831BE5">
      <w:pPr>
        <w:pStyle w:val="Listapunktowana"/>
        <w:numPr>
          <w:ilvl w:val="0"/>
          <w:numId w:val="0"/>
        </w:numPr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lang w:val="pl-PL"/>
        </w:rPr>
        <w:t>Niniejsze wymagania edukacyjne opracowano na podstawie kryteriów oceniania przygotowanych przez</w:t>
      </w:r>
    </w:p>
    <w:p w14:paraId="4358649C" w14:textId="0C125240" w:rsidR="00831BE5" w:rsidRPr="00383A09" w:rsidRDefault="00831BE5" w:rsidP="00831BE5">
      <w:pPr>
        <w:pStyle w:val="Listapunktowana"/>
        <w:numPr>
          <w:ilvl w:val="0"/>
          <w:numId w:val="0"/>
        </w:numPr>
        <w:jc w:val="both"/>
        <w:rPr>
          <w:rFonts w:asciiTheme="minorHAnsi" w:hAnsiTheme="minorHAnsi"/>
          <w:lang w:val="pl-PL"/>
        </w:rPr>
      </w:pPr>
      <w:r w:rsidRPr="00383A09">
        <w:rPr>
          <w:rFonts w:asciiTheme="minorHAnsi" w:hAnsiTheme="minorHAnsi"/>
          <w:lang w:val="pl-PL"/>
        </w:rPr>
        <w:t xml:space="preserve">wydawnictwo Oxford University Press do podręcznika </w:t>
      </w:r>
      <w:r w:rsidRPr="00383A09">
        <w:rPr>
          <w:rFonts w:asciiTheme="minorHAnsi" w:hAnsiTheme="minorHAnsi"/>
          <w:i/>
          <w:iCs/>
          <w:lang w:val="pl-PL"/>
        </w:rPr>
        <w:t>Shine On! Klasa I</w:t>
      </w:r>
      <w:r w:rsidRPr="00383A09">
        <w:rPr>
          <w:rFonts w:asciiTheme="minorHAnsi" w:hAnsiTheme="minorHAnsi"/>
          <w:lang w:val="pl-PL"/>
        </w:rPr>
        <w:t>.</w:t>
      </w:r>
    </w:p>
    <w:p w14:paraId="6938949A" w14:textId="77777777" w:rsidR="00451841" w:rsidRPr="00880538" w:rsidRDefault="00451841">
      <w:pPr>
        <w:spacing w:after="120"/>
        <w:rPr>
          <w:rFonts w:asciiTheme="minorHAnsi" w:hAnsiTheme="minorHAnsi"/>
          <w:lang w:val="pl-PL"/>
        </w:rPr>
      </w:pPr>
    </w:p>
    <w:sectPr w:rsidR="00451841" w:rsidRPr="00880538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81940547">
    <w:abstractNumId w:val="8"/>
  </w:num>
  <w:num w:numId="2" w16cid:durableId="1465386047">
    <w:abstractNumId w:val="6"/>
  </w:num>
  <w:num w:numId="3" w16cid:durableId="1223255321">
    <w:abstractNumId w:val="5"/>
  </w:num>
  <w:num w:numId="4" w16cid:durableId="790367282">
    <w:abstractNumId w:val="4"/>
  </w:num>
  <w:num w:numId="5" w16cid:durableId="430204349">
    <w:abstractNumId w:val="7"/>
  </w:num>
  <w:num w:numId="6" w16cid:durableId="791942225">
    <w:abstractNumId w:val="3"/>
  </w:num>
  <w:num w:numId="7" w16cid:durableId="1046829033">
    <w:abstractNumId w:val="2"/>
  </w:num>
  <w:num w:numId="8" w16cid:durableId="681931218">
    <w:abstractNumId w:val="1"/>
  </w:num>
  <w:num w:numId="9" w16cid:durableId="11839385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51841"/>
    <w:rsid w:val="005B57DA"/>
    <w:rsid w:val="00831BE5"/>
    <w:rsid w:val="00880538"/>
    <w:rsid w:val="00AA1D8D"/>
    <w:rsid w:val="00B41FD8"/>
    <w:rsid w:val="00B47730"/>
    <w:rsid w:val="00CB0664"/>
    <w:rsid w:val="00E876D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9804CCCB-9B8D-43DB-8CD0-26EF58318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Arial" w:eastAsia="Arial" w:hAnsi="Arial"/>
      <w:sz w:val="21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3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3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7121</Words>
  <Characters>44085</Characters>
  <Application>Microsoft Office Word</Application>
  <DocSecurity>0</DocSecurity>
  <Lines>657</Lines>
  <Paragraphs>320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50886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Ania Więckowska</cp:lastModifiedBy>
  <cp:revision>5</cp:revision>
  <dcterms:created xsi:type="dcterms:W3CDTF">2013-12-23T23:15:00Z</dcterms:created>
  <dcterms:modified xsi:type="dcterms:W3CDTF">2026-08-30T16:05:00Z</dcterms:modified>
  <cp:category/>
</cp:coreProperties>
</file>